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2B1" w:rsidRDefault="007755CA">
      <w:pPr>
        <w:spacing w:after="80"/>
        <w:jc w:val="center"/>
        <w:rPr>
          <w:lang w:eastAsia="zh-TW"/>
        </w:rPr>
      </w:pPr>
      <w:bookmarkStart w:id="0" w:name="_GoBack"/>
      <w:bookmarkEnd w:id="0"/>
      <w:r w:rsidRPr="007755CA">
        <w:rPr>
          <w:rFonts w:ascii="맑은 고딕" w:eastAsia="맑은 고딕" w:hAnsi="맑은 고딕" w:hint="eastAsia"/>
          <w:color w:val="808080"/>
          <w:lang w:eastAsia="zh-TW"/>
        </w:rPr>
        <w:t>高熟度優質草莓示範出口事業</w:t>
      </w:r>
    </w:p>
    <w:p w:rsidR="00CB52B1" w:rsidRDefault="007755CA">
      <w:pPr>
        <w:pBdr>
          <w:bottom w:val="single" w:sz="8" w:space="1" w:color="1F497D"/>
        </w:pBdr>
        <w:spacing w:after="80"/>
        <w:jc w:val="center"/>
      </w:pPr>
      <w:proofErr w:type="spellStart"/>
      <w:r w:rsidRPr="007755CA">
        <w:rPr>
          <w:rFonts w:ascii="맑은 고딕" w:eastAsia="맑은 고딕" w:hAnsi="맑은 고딕" w:hint="eastAsia"/>
          <w:b/>
          <w:color w:val="1F497D"/>
          <w:sz w:val="44"/>
        </w:rPr>
        <w:t>買家參加申請書</w:t>
      </w:r>
      <w:proofErr w:type="spellEnd"/>
    </w:p>
    <w:p w:rsidR="00CB52B1" w:rsidRDefault="00FD3F4F">
      <w:pPr>
        <w:spacing w:before="40" w:after="40"/>
        <w:jc w:val="center"/>
      </w:pPr>
      <w:r>
        <w:rPr>
          <w:rFonts w:ascii="맑은 고딕" w:eastAsia="맑은 고딕" w:hAnsi="맑은 고딕"/>
          <w:color w:val="2E74B5"/>
        </w:rPr>
        <w:t>Buyer Participation Application Form</w:t>
      </w:r>
    </w:p>
    <w:p w:rsidR="00CB52B1" w:rsidRDefault="00CB52B1">
      <w:pPr>
        <w:spacing w:before="40"/>
        <w:jc w:val="center"/>
        <w:rPr>
          <w:lang w:eastAsia="ko-K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062"/>
      </w:tblGrid>
      <w:tr w:rsidR="00CB52B1" w:rsidRPr="00A803D2">
        <w:trPr>
          <w:jc w:val="center"/>
        </w:trPr>
        <w:tc>
          <w:tcPr>
            <w:tcW w:w="9071" w:type="dxa"/>
            <w:tcBorders>
              <w:top w:val="single" w:sz="4" w:space="0" w:color="C45A00"/>
              <w:left w:val="single" w:sz="4" w:space="0" w:color="C45A00"/>
              <w:bottom w:val="single" w:sz="4" w:space="0" w:color="C45A00"/>
              <w:right w:val="single" w:sz="4" w:space="0" w:color="C45A00"/>
            </w:tcBorders>
            <w:shd w:val="clear" w:color="auto" w:fill="FFF8EC"/>
            <w:vAlign w:val="center"/>
          </w:tcPr>
          <w:p w:rsidR="00D015BD" w:rsidRPr="00A803D2" w:rsidRDefault="00FD3F4F">
            <w:pPr>
              <w:spacing w:before="60" w:after="60"/>
              <w:ind w:left="170"/>
              <w:rPr>
                <w:rFonts w:ascii="맑은 고딕" w:eastAsia="맑은 고딕" w:hAnsi="맑은 고딕"/>
                <w:color w:val="804000"/>
                <w:lang w:eastAsia="zh-TW"/>
              </w:rPr>
            </w:pPr>
            <w:r w:rsidRPr="00A803D2">
              <w:rPr>
                <w:rFonts w:ascii="맑은 고딕" w:eastAsia="맑은 고딕" w:hAnsi="맑은 고딕"/>
                <w:color w:val="804000"/>
                <w:lang w:eastAsia="zh-TW"/>
              </w:rPr>
              <w:t xml:space="preserve">▪ </w:t>
            </w:r>
            <w:r w:rsidR="007755CA" w:rsidRPr="007755CA">
              <w:rPr>
                <w:rFonts w:ascii="맑은 고딕" w:eastAsia="맑은 고딕" w:hAnsi="맑은 고딕" w:hint="eastAsia"/>
                <w:color w:val="804000"/>
                <w:lang w:eastAsia="zh-TW"/>
              </w:rPr>
              <w:t>提交處</w:t>
            </w:r>
            <w:r w:rsidR="007755CA">
              <w:rPr>
                <w:rFonts w:ascii="맑은 고딕" w:eastAsia="PMingLiU" w:hAnsi="맑은 고딕" w:hint="eastAsia"/>
                <w:color w:val="804000"/>
                <w:lang w:eastAsia="zh-TW"/>
              </w:rPr>
              <w:t xml:space="preserve"> </w:t>
            </w:r>
            <w:r w:rsidRPr="00A803D2">
              <w:rPr>
                <w:rFonts w:ascii="맑은 고딕" w:eastAsia="맑은 고딕" w:hAnsi="맑은 고딕"/>
                <w:color w:val="804000"/>
                <w:lang w:eastAsia="zh-TW"/>
              </w:rPr>
              <w:t xml:space="preserve">: </w:t>
            </w:r>
          </w:p>
          <w:p w:rsidR="00D015BD" w:rsidRPr="00A803D2" w:rsidRDefault="00FD3F4F">
            <w:pPr>
              <w:spacing w:before="60" w:after="60"/>
              <w:ind w:left="170"/>
              <w:rPr>
                <w:rFonts w:ascii="맑은 고딕" w:eastAsia="맑은 고딕" w:hAnsi="맑은 고딕"/>
                <w:color w:val="804000"/>
                <w:lang w:eastAsia="zh-TW"/>
              </w:rPr>
            </w:pPr>
            <w:r w:rsidRPr="00A803D2">
              <w:rPr>
                <w:rFonts w:ascii="맑은 고딕" w:eastAsia="맑은 고딕" w:hAnsi="맑은 고딕"/>
                <w:color w:val="804000"/>
                <w:lang w:eastAsia="zh-TW"/>
              </w:rPr>
              <w:t xml:space="preserve">▪ </w:t>
            </w:r>
            <w:r w:rsidR="007755CA" w:rsidRPr="007755CA">
              <w:rPr>
                <w:rFonts w:ascii="맑은 고딕" w:eastAsia="맑은 고딕" w:hAnsi="맑은 고딕" w:hint="eastAsia"/>
                <w:color w:val="804000"/>
                <w:lang w:eastAsia="zh-TW"/>
              </w:rPr>
              <w:t>提交期限</w:t>
            </w:r>
            <w:r w:rsidR="007755CA">
              <w:rPr>
                <w:rFonts w:ascii="맑은 고딕" w:eastAsia="PMingLiU" w:hAnsi="맑은 고딕" w:hint="eastAsia"/>
                <w:color w:val="804000"/>
                <w:lang w:eastAsia="zh-TW"/>
              </w:rPr>
              <w:t xml:space="preserve"> </w:t>
            </w:r>
            <w:r w:rsidRPr="00A803D2">
              <w:rPr>
                <w:rFonts w:ascii="맑은 고딕" w:eastAsia="맑은 고딕" w:hAnsi="맑은 고딕"/>
                <w:color w:val="804000"/>
                <w:lang w:eastAsia="zh-TW"/>
              </w:rPr>
              <w:t xml:space="preserve">: </w:t>
            </w:r>
          </w:p>
          <w:p w:rsidR="00D015BD" w:rsidRPr="00A803D2" w:rsidRDefault="00FD3F4F" w:rsidP="00D015BD">
            <w:pPr>
              <w:spacing w:before="60" w:after="60"/>
              <w:ind w:left="170"/>
              <w:rPr>
                <w:rFonts w:ascii="맑은 고딕" w:eastAsia="맑은 고딕" w:hAnsi="맑은 고딕"/>
                <w:color w:val="804000"/>
                <w:lang w:eastAsia="zh-TW"/>
              </w:rPr>
            </w:pPr>
            <w:r w:rsidRPr="00A803D2">
              <w:rPr>
                <w:rFonts w:ascii="Segoe UI Emoji" w:eastAsia="맑은 고딕" w:hAnsi="Segoe UI Emoji" w:cs="Segoe UI Emoji"/>
                <w:color w:val="804000"/>
                <w:lang w:eastAsia="zh-TW"/>
              </w:rPr>
              <w:t>▪</w:t>
            </w:r>
            <w:r w:rsidRPr="00A803D2">
              <w:rPr>
                <w:rFonts w:ascii="맑은 고딕" w:eastAsia="맑은 고딕" w:hAnsi="맑은 고딕"/>
                <w:color w:val="804000"/>
                <w:lang w:eastAsia="zh-TW"/>
              </w:rPr>
              <w:t xml:space="preserve"> </w:t>
            </w:r>
            <w:r w:rsidR="007755CA" w:rsidRPr="007755CA">
              <w:rPr>
                <w:rFonts w:ascii="맑은 고딕" w:eastAsia="맑은 고딕" w:hAnsi="맑은 고딕" w:hint="eastAsia"/>
                <w:color w:val="804000"/>
                <w:lang w:eastAsia="zh-TW"/>
              </w:rPr>
              <w:t>詢問處</w:t>
            </w:r>
            <w:r w:rsidR="007755CA">
              <w:rPr>
                <w:rFonts w:ascii="맑은 고딕" w:eastAsia="PMingLiU" w:hAnsi="맑은 고딕" w:hint="eastAsia"/>
                <w:color w:val="804000"/>
                <w:lang w:eastAsia="zh-TW"/>
              </w:rPr>
              <w:t xml:space="preserve"> </w:t>
            </w:r>
            <w:r>
              <w:rPr>
                <w:rFonts w:ascii="맑은 고딕" w:eastAsia="맑은 고딕" w:hAnsi="맑은 고딕"/>
                <w:color w:val="804000"/>
                <w:lang w:eastAsia="zh-TW"/>
              </w:rPr>
              <w:t xml:space="preserve">: </w:t>
            </w:r>
            <w:r w:rsidRPr="00A803D2">
              <w:rPr>
                <w:rFonts w:ascii="맑은 고딕" w:eastAsia="맑은 고딕" w:hAnsi="맑은 고딕"/>
                <w:color w:val="804000"/>
                <w:lang w:eastAsia="zh-TW"/>
              </w:rPr>
              <w:t xml:space="preserve"> </w:t>
            </w:r>
          </w:p>
          <w:p w:rsidR="00CB52B1" w:rsidRPr="00A803D2" w:rsidRDefault="00FD3F4F" w:rsidP="00D015BD">
            <w:pPr>
              <w:spacing w:before="60" w:after="60"/>
              <w:ind w:left="170"/>
              <w:rPr>
                <w:lang w:eastAsia="zh-TW"/>
              </w:rPr>
            </w:pPr>
            <w:r w:rsidRPr="00A803D2">
              <w:rPr>
                <w:rFonts w:ascii="Segoe UI Emoji" w:eastAsia="맑은 고딕" w:hAnsi="Segoe UI Emoji" w:cs="Segoe UI Emoji"/>
                <w:color w:val="804000"/>
                <w:lang w:eastAsia="zh-TW"/>
              </w:rPr>
              <w:t>▪</w:t>
            </w:r>
            <w:r w:rsidRPr="00A803D2">
              <w:rPr>
                <w:rFonts w:ascii="맑은 고딕" w:eastAsia="맑은 고딕" w:hAnsi="맑은 고딕"/>
                <w:color w:val="804000"/>
                <w:lang w:eastAsia="zh-TW"/>
              </w:rPr>
              <w:t xml:space="preserve"> </w:t>
            </w:r>
            <w:r w:rsidR="007755CA" w:rsidRPr="007755CA">
              <w:rPr>
                <w:rFonts w:ascii="맑은 고딕" w:eastAsia="맑은 고딕" w:hAnsi="맑은 고딕" w:hint="eastAsia"/>
                <w:color w:val="804000"/>
                <w:lang w:eastAsia="zh-TW"/>
              </w:rPr>
              <w:t>虛假</w:t>
            </w:r>
            <w:r w:rsidR="007755CA" w:rsidRPr="007755CA">
              <w:rPr>
                <w:rFonts w:ascii="Microsoft JhengHei" w:eastAsia="Microsoft JhengHei" w:hAnsi="Microsoft JhengHei" w:cs="Microsoft JhengHei" w:hint="eastAsia"/>
                <w:color w:val="804000"/>
                <w:lang w:eastAsia="zh-TW"/>
              </w:rPr>
              <w:t>填</w:t>
            </w:r>
            <w:r w:rsidR="007755CA" w:rsidRPr="007755CA">
              <w:rPr>
                <w:rFonts w:ascii="맑은 고딕" w:eastAsia="맑은 고딕" w:hAnsi="맑은 고딕" w:cs="맑은 고딕" w:hint="eastAsia"/>
                <w:color w:val="804000"/>
                <w:lang w:eastAsia="zh-TW"/>
              </w:rPr>
              <w:t>寫時</w:t>
            </w:r>
            <w:r w:rsidR="000E619F">
              <w:rPr>
                <w:rFonts w:ascii="PMingLiU" w:eastAsia="PMingLiU" w:hAnsi="PMingLiU" w:cs="맑은 고딕" w:hint="eastAsia"/>
                <w:color w:val="804000"/>
                <w:lang w:eastAsia="zh-TW"/>
              </w:rPr>
              <w:t>會</w:t>
            </w:r>
            <w:r w:rsidR="007755CA" w:rsidRPr="007755CA">
              <w:rPr>
                <w:rFonts w:ascii="맑은 고딕" w:eastAsia="맑은 고딕" w:hAnsi="맑은 고딕" w:hint="eastAsia"/>
                <w:color w:val="804000"/>
                <w:lang w:eastAsia="zh-TW"/>
              </w:rPr>
              <w:t>取消選定</w:t>
            </w:r>
            <w:r w:rsidR="007755CA" w:rsidRPr="007755CA">
              <w:rPr>
                <w:rFonts w:ascii="맑은 고딕" w:eastAsia="맑은 고딕" w:hAnsi="맑은 고딕"/>
                <w:color w:val="804000"/>
                <w:lang w:eastAsia="zh-TW"/>
              </w:rPr>
              <w:t>,</w:t>
            </w:r>
            <w:r w:rsidR="007755CA" w:rsidRPr="007755CA">
              <w:rPr>
                <w:rFonts w:ascii="맑은 고딕" w:eastAsia="맑은 고딕" w:hAnsi="맑은 고딕" w:hint="eastAsia"/>
                <w:color w:val="804000"/>
                <w:lang w:eastAsia="zh-TW"/>
              </w:rPr>
              <w:t>提交的文件不予退還。</w:t>
            </w:r>
          </w:p>
        </w:tc>
      </w:tr>
    </w:tbl>
    <w:p w:rsidR="00CB52B1" w:rsidRPr="00A803D2" w:rsidRDefault="00CB52B1">
      <w:pPr>
        <w:rPr>
          <w:lang w:eastAsia="zh-TW"/>
        </w:rPr>
      </w:pPr>
    </w:p>
    <w:tbl>
      <w:tblPr>
        <w:tblStyle w:val="af9"/>
        <w:tblW w:w="0" w:type="auto"/>
        <w:jc w:val="center"/>
        <w:tblLook w:val="04A0" w:firstRow="1" w:lastRow="0" w:firstColumn="1" w:lastColumn="0" w:noHBand="0" w:noVBand="1"/>
      </w:tblPr>
      <w:tblGrid>
        <w:gridCol w:w="1983"/>
        <w:gridCol w:w="7079"/>
      </w:tblGrid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b/>
                <w:color w:val="FFFFFF"/>
                <w:lang w:eastAsia="ko-KR"/>
              </w:rPr>
              <w:t xml:space="preserve">① </w:t>
            </w:r>
            <w:r w:rsidR="007755CA" w:rsidRPr="007755CA">
              <w:rPr>
                <w:rFonts w:ascii="맑은 고딕" w:eastAsia="맑은 고딕" w:hAnsi="맑은 고딕" w:hint="eastAsia"/>
                <w:b/>
                <w:color w:val="FFFFFF"/>
                <w:lang w:eastAsia="ko-KR"/>
              </w:rPr>
              <w:t>申請基本信息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7755CA">
            <w:pPr>
              <w:spacing w:before="80" w:after="80"/>
            </w:pPr>
            <w:r>
              <w:rPr>
                <w:rFonts w:ascii="PMingLiU" w:eastAsia="PMingLiU" w:hAnsi="PMingLiU" w:hint="eastAsia"/>
                <w:b/>
                <w:color w:val="1F497D"/>
                <w:lang w:eastAsia="zh-TW"/>
              </w:rPr>
              <w:t>申請</w:t>
            </w:r>
            <w:proofErr w:type="spellStart"/>
            <w:r w:rsidRPr="007755CA">
              <w:rPr>
                <w:rFonts w:ascii="맑은 고딕" w:eastAsia="맑은 고딕" w:hAnsi="맑은 고딕" w:hint="eastAsia"/>
                <w:b/>
                <w:color w:val="1F497D"/>
              </w:rPr>
              <w:t>日期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 xml:space="preserve">2026.   </w:t>
            </w:r>
            <w:proofErr w:type="gramStart"/>
            <w:r w:rsidRPr="00A803D2">
              <w:rPr>
                <w:rFonts w:ascii="맑은 고딕" w:eastAsia="맑은 고딕" w:hAnsi="맑은 고딕"/>
                <w:color w:val="AAAAAA"/>
              </w:rPr>
              <w:t xml:space="preserve">  .</w:t>
            </w:r>
            <w:proofErr w:type="gramEnd"/>
            <w:r w:rsidRPr="00A803D2">
              <w:rPr>
                <w:rFonts w:ascii="맑은 고딕" w:eastAsia="맑은 고딕" w:hAnsi="맑은 고딕"/>
                <w:color w:val="AAAAAA"/>
              </w:rPr>
              <w:t xml:space="preserve">     .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7755CA">
            <w:pPr>
              <w:spacing w:before="80" w:after="80"/>
            </w:pPr>
            <w:proofErr w:type="spellStart"/>
            <w:r w:rsidRPr="007755CA">
              <w:rPr>
                <w:rFonts w:ascii="맑은 고딕" w:eastAsia="맑은 고딕" w:hAnsi="맑은 고딕" w:hint="eastAsia"/>
                <w:b/>
                <w:color w:val="1F497D"/>
              </w:rPr>
              <w:t>申請國家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  <w:rPr>
                <w:lang w:eastAsia="zh-TW"/>
              </w:rPr>
            </w:pPr>
            <w:r w:rsidRPr="00A803D2">
              <w:rPr>
                <w:rFonts w:ascii="맑은 고딕" w:eastAsia="맑은 고딕" w:hAnsi="맑은 고딕"/>
                <w:color w:val="AAAAAA"/>
                <w:lang w:eastAsia="zh-TW"/>
              </w:rPr>
              <w:t xml:space="preserve">□ </w:t>
            </w:r>
            <w:r w:rsidR="007755CA" w:rsidRPr="007755CA">
              <w:rPr>
                <w:rFonts w:ascii="맑은 고딕" w:eastAsia="맑은 고딕" w:hAnsi="맑은 고딕" w:hint="eastAsia"/>
                <w:color w:val="AAAAAA"/>
                <w:lang w:eastAsia="zh-TW"/>
              </w:rPr>
              <w:t>新加坡</w:t>
            </w:r>
            <w:r w:rsidRPr="00A803D2">
              <w:rPr>
                <w:rFonts w:ascii="맑은 고딕" w:eastAsia="맑은 고딕" w:hAnsi="맑은 고딕"/>
                <w:color w:val="AAAAAA"/>
                <w:lang w:eastAsia="zh-TW"/>
              </w:rPr>
              <w:t xml:space="preserve"> □ </w:t>
            </w:r>
            <w:r w:rsidR="007755CA" w:rsidRPr="007755CA">
              <w:rPr>
                <w:rFonts w:ascii="맑은 고딕" w:eastAsia="맑은 고딕" w:hAnsi="맑은 고딕" w:hint="eastAsia"/>
                <w:color w:val="AAAAAA"/>
                <w:lang w:eastAsia="zh-TW"/>
              </w:rPr>
              <w:t>泰國</w:t>
            </w:r>
            <w:r w:rsidRPr="00A803D2">
              <w:rPr>
                <w:rFonts w:ascii="맑은 고딕" w:eastAsia="맑은 고딕" w:hAnsi="맑은 고딕"/>
                <w:color w:val="AAAAAA"/>
                <w:lang w:eastAsia="zh-TW"/>
              </w:rPr>
              <w:t xml:space="preserve"> □ </w:t>
            </w:r>
            <w:r w:rsidR="007755CA" w:rsidRPr="007755CA">
              <w:rPr>
                <w:rFonts w:ascii="맑은 고딕" w:eastAsia="맑은 고딕" w:hAnsi="맑은 고딕" w:hint="eastAsia"/>
                <w:color w:val="AAAAAA"/>
                <w:lang w:eastAsia="zh-TW"/>
              </w:rPr>
              <w:t>香港</w:t>
            </w:r>
            <w:r w:rsidRPr="00A803D2">
              <w:rPr>
                <w:rFonts w:ascii="맑은 고딕" w:eastAsia="맑은 고딕" w:hAnsi="맑은 고딕"/>
                <w:color w:val="AAAAAA"/>
                <w:lang w:eastAsia="zh-TW"/>
              </w:rPr>
              <w:t xml:space="preserve"> (</w:t>
            </w:r>
            <w:r w:rsidR="007755CA" w:rsidRPr="007755CA">
              <w:rPr>
                <w:rFonts w:ascii="맑은 고딕" w:eastAsia="맑은 고딕" w:hAnsi="맑은 고딕" w:hint="eastAsia"/>
                <w:color w:val="AAAAAA"/>
                <w:lang w:eastAsia="zh-TW"/>
              </w:rPr>
              <w:t>在</w:t>
            </w:r>
            <w:r w:rsidR="007755CA">
              <w:rPr>
                <w:rFonts w:ascii="PMingLiU" w:eastAsia="PMingLiU" w:hAnsi="PMingLiU" w:hint="eastAsia"/>
                <w:color w:val="AAAAAA"/>
                <w:lang w:eastAsia="zh-TW"/>
              </w:rPr>
              <w:t>對應</w:t>
            </w:r>
            <w:r w:rsidR="007755CA" w:rsidRPr="007755CA">
              <w:rPr>
                <w:rFonts w:ascii="맑은 고딕" w:eastAsia="맑은 고딕" w:hAnsi="맑은 고딕" w:hint="eastAsia"/>
                <w:color w:val="AAAAAA"/>
                <w:lang w:eastAsia="zh-TW"/>
              </w:rPr>
              <w:t>國</w:t>
            </w:r>
            <w:r w:rsidR="007755CA">
              <w:rPr>
                <w:rFonts w:ascii="PMingLiU" w:eastAsia="PMingLiU" w:hAnsi="PMingLiU" w:hint="eastAsia"/>
                <w:color w:val="AAAAAA"/>
                <w:lang w:eastAsia="zh-TW"/>
              </w:rPr>
              <w:t>家</w:t>
            </w:r>
            <w:r w:rsidR="007755CA" w:rsidRPr="007755CA">
              <w:rPr>
                <w:rFonts w:ascii="맑은 고딕" w:eastAsia="맑은 고딕" w:hAnsi="맑은 고딕"/>
                <w:color w:val="AAAAAA"/>
                <w:lang w:eastAsia="zh-TW"/>
              </w:rPr>
              <w:t xml:space="preserve"> </w:t>
            </w:r>
            <w:r w:rsidRPr="00A803D2">
              <w:rPr>
                <w:rFonts w:ascii="맑은 고딕" w:eastAsia="맑은 고딕" w:hAnsi="맑은 고딕"/>
                <w:color w:val="AAAAAA"/>
                <w:lang w:eastAsia="zh-TW"/>
              </w:rPr>
              <w:t>✔)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7755CA">
            <w:pPr>
              <w:spacing w:before="80" w:after="80"/>
              <w:rPr>
                <w:lang w:eastAsia="ko-KR"/>
              </w:rPr>
            </w:pPr>
            <w:r w:rsidRPr="007755CA">
              <w:rPr>
                <w:rFonts w:ascii="맑은 고딕" w:eastAsia="맑은 고딕" w:hAnsi="맑은 고딕" w:hint="eastAsia"/>
                <w:b/>
                <w:color w:val="1F497D"/>
                <w:lang w:eastAsia="ko-KR"/>
              </w:rPr>
              <w:t>期望</w:t>
            </w:r>
            <w:r w:rsidR="00202C37" w:rsidRPr="00202C37">
              <w:rPr>
                <w:rFonts w:ascii="Microsoft JhengHei" w:eastAsia="Microsoft JhengHei" w:hAnsi="Microsoft JhengHei" w:cs="Microsoft JhengHei" w:hint="eastAsia"/>
                <w:b/>
                <w:color w:val="1F497D"/>
                <w:lang w:eastAsia="ko-KR"/>
              </w:rPr>
              <w:t>流通量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7755CA">
            <w:pPr>
              <w:spacing w:before="60" w:after="60"/>
              <w:rPr>
                <w:lang w:eastAsia="ko-KR"/>
              </w:rPr>
            </w:pPr>
            <w:r>
              <w:rPr>
                <w:rFonts w:ascii="Microsoft JhengHei" w:eastAsia="Microsoft JhengHei" w:hAnsi="Microsoft JhengHei" w:cs="Microsoft JhengHei" w:hint="eastAsia"/>
                <w:color w:val="AAAAAA"/>
                <w:lang w:eastAsia="zh-TW"/>
              </w:rPr>
              <w:t>約</w:t>
            </w:r>
            <w:r w:rsidR="00FD3F4F"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/>
                <w:color w:val="AAAAAA"/>
                <w:lang w:eastAsia="ko-KR"/>
              </w:rPr>
              <w:t xml:space="preserve">       </w:t>
            </w:r>
            <w:r w:rsidRPr="007755CA">
              <w:rPr>
                <w:rFonts w:ascii="맑은 고딕" w:eastAsia="맑은 고딕" w:hAnsi="맑은 고딕" w:hint="eastAsia"/>
                <w:color w:val="AAAAAA"/>
                <w:lang w:eastAsia="ko-KR"/>
              </w:rPr>
              <w:t>噸</w:t>
            </w:r>
            <w:r w:rsidR="00FD3F4F"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 </w:t>
            </w:r>
          </w:p>
        </w:tc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</w:pPr>
            <w:r w:rsidRPr="00A803D2">
              <w:rPr>
                <w:rFonts w:ascii="맑은 고딕" w:eastAsia="맑은 고딕" w:hAnsi="맑은 고딕"/>
                <w:b/>
                <w:color w:val="FFFFFF"/>
              </w:rPr>
              <w:t xml:space="preserve">② </w:t>
            </w:r>
            <w:proofErr w:type="spellStart"/>
            <w:r w:rsidR="009277C8" w:rsidRPr="009277C8">
              <w:rPr>
                <w:rFonts w:ascii="맑은 고딕" w:eastAsia="맑은 고딕" w:hAnsi="맑은 고딕" w:hint="eastAsia"/>
                <w:b/>
                <w:color w:val="FFFFFF"/>
              </w:rPr>
              <w:t>企業基本信息</w:t>
            </w:r>
            <w:proofErr w:type="spellEnd"/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9277C8">
            <w:pPr>
              <w:spacing w:before="80" w:after="80"/>
            </w:pPr>
            <w:proofErr w:type="spellStart"/>
            <w:r w:rsidRPr="009277C8">
              <w:rPr>
                <w:rFonts w:ascii="맑은 고딕" w:eastAsia="맑은 고딕" w:hAnsi="맑은 고딕" w:hint="eastAsia"/>
                <w:b/>
                <w:color w:val="1F497D"/>
              </w:rPr>
              <w:t>企業名</w:t>
            </w:r>
            <w:proofErr w:type="spellEnd"/>
            <w:r w:rsidRPr="009277C8">
              <w:rPr>
                <w:rFonts w:ascii="맑은 고딕" w:eastAsia="맑은 고딕" w:hAnsi="맑은 고딕" w:hint="eastAsia"/>
                <w:b/>
                <w:color w:val="1F497D"/>
              </w:rPr>
              <w:t>(</w:t>
            </w:r>
            <w:proofErr w:type="spellStart"/>
            <w:r w:rsidRPr="009277C8">
              <w:rPr>
                <w:rFonts w:ascii="맑은 고딕" w:eastAsia="맑은 고딕" w:hAnsi="맑은 고딕" w:hint="eastAsia"/>
                <w:b/>
                <w:color w:val="1F497D"/>
              </w:rPr>
              <w:t>當地語言</w:t>
            </w:r>
            <w:proofErr w:type="spellEnd"/>
            <w:r w:rsidRPr="009277C8">
              <w:rPr>
                <w:rFonts w:ascii="맑은 고딕" w:eastAsia="맑은 고딕" w:hAnsi="맑은 고딕" w:hint="eastAsia"/>
                <w:b/>
                <w:color w:val="1F497D"/>
              </w:rPr>
              <w:t>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9277C8">
            <w:pPr>
              <w:spacing w:before="80" w:after="80"/>
            </w:pPr>
            <w:proofErr w:type="spellStart"/>
            <w:r w:rsidRPr="009277C8">
              <w:rPr>
                <w:rFonts w:ascii="맑은 고딕" w:eastAsia="맑은 고딕" w:hAnsi="맑은 고딕" w:hint="eastAsia"/>
                <w:b/>
                <w:color w:val="1F497D"/>
              </w:rPr>
              <w:t>企業名</w:t>
            </w:r>
            <w:proofErr w:type="spellEnd"/>
            <w:r w:rsidRPr="009277C8">
              <w:rPr>
                <w:rFonts w:ascii="맑은 고딕" w:eastAsia="맑은 고딕" w:hAnsi="맑은 고딕" w:hint="eastAsia"/>
                <w:b/>
                <w:color w:val="1F497D"/>
              </w:rPr>
              <w:t>(</w:t>
            </w:r>
            <w:proofErr w:type="spellStart"/>
            <w:r w:rsidRPr="009277C8">
              <w:rPr>
                <w:rFonts w:ascii="맑은 고딕" w:eastAsia="맑은 고딕" w:hAnsi="맑은 고딕" w:hint="eastAsia"/>
                <w:b/>
                <w:color w:val="1F497D"/>
              </w:rPr>
              <w:t>英文</w:t>
            </w:r>
            <w:proofErr w:type="spellEnd"/>
            <w:r w:rsidRPr="009277C8">
              <w:rPr>
                <w:rFonts w:ascii="맑은 고딕" w:eastAsia="맑은 고딕" w:hAnsi="맑은 고딕" w:hint="eastAsia"/>
                <w:b/>
                <w:color w:val="1F497D"/>
              </w:rPr>
              <w:t>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9277C8">
            <w:pPr>
              <w:spacing w:before="80" w:after="80"/>
            </w:pPr>
            <w:proofErr w:type="spellStart"/>
            <w:r w:rsidRPr="009277C8">
              <w:rPr>
                <w:rFonts w:ascii="맑은 고딕" w:eastAsia="맑은 고딕" w:hAnsi="맑은 고딕" w:hint="eastAsia"/>
                <w:b/>
                <w:color w:val="1F497D"/>
              </w:rPr>
              <w:t>設立年度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 xml:space="preserve">     </w:t>
            </w:r>
            <w:r w:rsidR="009277C8">
              <w:rPr>
                <w:rFonts w:ascii="PMingLiU" w:eastAsia="PMingLiU" w:hAnsi="PMingLiU" w:hint="eastAsia"/>
                <w:color w:val="AAAAAA"/>
                <w:lang w:eastAsia="zh-TW"/>
              </w:rPr>
              <w:t>年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9277C8" w:rsidRPr="009277C8" w:rsidRDefault="009277C8" w:rsidP="009277C8">
            <w:pPr>
              <w:spacing w:before="80" w:after="80"/>
              <w:rPr>
                <w:rFonts w:ascii="맑은 고딕" w:eastAsia="맑은 고딕" w:hAnsi="맑은 고딕"/>
                <w:b/>
                <w:color w:val="1F497D"/>
                <w:lang w:eastAsia="zh-TW"/>
              </w:rPr>
            </w:pPr>
            <w:r w:rsidRPr="009277C8">
              <w:rPr>
                <w:rFonts w:ascii="맑은 고딕" w:eastAsia="맑은 고딕" w:hAnsi="맑은 고딕" w:hint="eastAsia"/>
                <w:b/>
                <w:color w:val="1F497D"/>
                <w:lang w:eastAsia="zh-TW"/>
              </w:rPr>
              <w:t>營業執照號</w:t>
            </w:r>
          </w:p>
          <w:p w:rsidR="00CB52B1" w:rsidRPr="00A803D2" w:rsidRDefault="009277C8" w:rsidP="009277C8">
            <w:pPr>
              <w:spacing w:before="80" w:after="80"/>
              <w:rPr>
                <w:lang w:eastAsia="zh-TW"/>
              </w:rPr>
            </w:pPr>
            <w:r w:rsidRPr="009277C8">
              <w:rPr>
                <w:rFonts w:ascii="맑은 고딕" w:eastAsia="맑은 고딕" w:hAnsi="맑은 고딕" w:hint="eastAsia"/>
                <w:b/>
                <w:color w:val="1F497D"/>
                <w:lang w:eastAsia="zh-TW"/>
              </w:rPr>
              <w:t>（當地登記編號）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  <w:rPr>
                <w:lang w:eastAsia="zh-TW"/>
              </w:rPr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9277C8">
            <w:pPr>
              <w:spacing w:before="80" w:after="80"/>
            </w:pPr>
            <w:proofErr w:type="spellStart"/>
            <w:r w:rsidRPr="009277C8">
              <w:rPr>
                <w:rFonts w:ascii="맑은 고딕" w:eastAsia="맑은 고딕" w:hAnsi="맑은 고딕" w:hint="eastAsia"/>
                <w:b/>
                <w:color w:val="1F497D"/>
              </w:rPr>
              <w:t>代表姓名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9277C8">
            <w:pPr>
              <w:spacing w:before="80" w:after="80"/>
            </w:pPr>
            <w:proofErr w:type="spellStart"/>
            <w:r w:rsidRPr="009277C8">
              <w:rPr>
                <w:rFonts w:ascii="맑은 고딕" w:eastAsia="맑은 고딕" w:hAnsi="맑은 고딕" w:hint="eastAsia"/>
                <w:b/>
                <w:color w:val="1F497D"/>
              </w:rPr>
              <w:t>企業地址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</w:pPr>
          </w:p>
          <w:p w:rsidR="00CB52B1" w:rsidRPr="00A803D2" w:rsidRDefault="00CB52B1">
            <w:pPr>
              <w:spacing w:before="40" w:after="40"/>
            </w:pPr>
          </w:p>
        </w:tc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</w:pPr>
            <w:r w:rsidRPr="00A803D2">
              <w:rPr>
                <w:rFonts w:ascii="맑은 고딕" w:eastAsia="맑은 고딕" w:hAnsi="맑은 고딕"/>
                <w:b/>
                <w:color w:val="FFFFFF"/>
              </w:rPr>
              <w:t xml:space="preserve">③ </w:t>
            </w:r>
            <w:proofErr w:type="spellStart"/>
            <w:r w:rsidR="00202C37" w:rsidRPr="00202C37">
              <w:rPr>
                <w:rFonts w:ascii="맑은 고딕" w:eastAsia="맑은 고딕" w:hAnsi="맑은 고딕" w:hint="eastAsia"/>
                <w:b/>
                <w:color w:val="FFFFFF"/>
              </w:rPr>
              <w:t>負責人信息</w:t>
            </w:r>
            <w:proofErr w:type="spellEnd"/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202C37">
            <w:pPr>
              <w:spacing w:before="80" w:after="80"/>
            </w:pPr>
            <w:proofErr w:type="spellStart"/>
            <w:r w:rsidRPr="00202C37">
              <w:rPr>
                <w:rFonts w:ascii="맑은 고딕" w:eastAsia="맑은 고딕" w:hAnsi="맑은 고딕" w:hint="eastAsia"/>
                <w:b/>
                <w:color w:val="1F497D"/>
              </w:rPr>
              <w:t>負責人姓名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202C37">
            <w:pPr>
              <w:spacing w:before="80" w:after="80"/>
            </w:pPr>
            <w:proofErr w:type="spellStart"/>
            <w:r w:rsidRPr="00202C37">
              <w:rPr>
                <w:rFonts w:ascii="맑은 고딕" w:eastAsia="맑은 고딕" w:hAnsi="맑은 고딕" w:hint="eastAsia"/>
                <w:b/>
                <w:color w:val="1F497D"/>
              </w:rPr>
              <w:t>崗位</w:t>
            </w:r>
            <w:proofErr w:type="spellEnd"/>
            <w:r w:rsidRPr="00202C37"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r w:rsidR="00FD3F4F" w:rsidRPr="00A803D2">
              <w:rPr>
                <w:rFonts w:ascii="맑은 고딕" w:eastAsia="맑은 고딕" w:hAnsi="맑은 고딕"/>
                <w:b/>
                <w:color w:val="1F497D"/>
              </w:rPr>
              <w:t>·</w:t>
            </w:r>
            <w:r>
              <w:rPr>
                <w:rFonts w:ascii="맑은 고딕" w:eastAsia="맑은 고딕" w:hAnsi="맑은 고딕"/>
                <w:b/>
                <w:color w:val="1F497D"/>
              </w:rPr>
              <w:t xml:space="preserve"> </w:t>
            </w:r>
            <w:r>
              <w:rPr>
                <w:rFonts w:ascii="PMingLiU" w:eastAsia="PMingLiU" w:hAnsi="PMingLiU" w:hint="eastAsia"/>
                <w:b/>
                <w:color w:val="1F497D"/>
                <w:lang w:eastAsia="zh-TW"/>
              </w:rPr>
              <w:t>部門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B52B1">
            <w:pPr>
              <w:spacing w:before="60" w:after="60"/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202C37">
            <w:pPr>
              <w:spacing w:before="80" w:after="80"/>
            </w:pPr>
            <w:proofErr w:type="spellStart"/>
            <w:r w:rsidRPr="00202C37">
              <w:rPr>
                <w:rFonts w:ascii="맑은 고딕" w:eastAsia="맑은 고딕" w:hAnsi="맑은 고딕" w:hint="eastAsia"/>
                <w:b/>
                <w:color w:val="1F497D"/>
              </w:rPr>
              <w:t>聯繫人</w:t>
            </w:r>
            <w:proofErr w:type="spellEnd"/>
            <w:r w:rsidRPr="00202C37">
              <w:rPr>
                <w:rFonts w:ascii="맑은 고딕" w:eastAsia="맑은 고딕" w:hAnsi="맑은 고딕"/>
                <w:b/>
                <w:color w:val="1F497D"/>
              </w:rPr>
              <w:t xml:space="preserve"> (</w:t>
            </w:r>
            <w:proofErr w:type="spellStart"/>
            <w:r w:rsidRPr="00202C37">
              <w:rPr>
                <w:rFonts w:ascii="맑은 고딕" w:eastAsia="맑은 고딕" w:hAnsi="맑은 고딕" w:hint="eastAsia"/>
                <w:b/>
                <w:color w:val="1F497D"/>
              </w:rPr>
              <w:t>電話</w:t>
            </w:r>
            <w:proofErr w:type="spellEnd"/>
            <w:r w:rsidRPr="00202C37">
              <w:rPr>
                <w:rFonts w:ascii="맑은 고딕" w:eastAsia="맑은 고딕" w:hAnsi="맑은 고딕"/>
                <w:b/>
                <w:color w:val="1F497D"/>
              </w:rPr>
              <w:t>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>+      -      -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202C37">
            <w:pPr>
              <w:spacing w:before="80" w:after="80"/>
            </w:pPr>
            <w:proofErr w:type="spellStart"/>
            <w:r w:rsidRPr="00202C37">
              <w:rPr>
                <w:rFonts w:ascii="맑은 고딕" w:eastAsia="맑은 고딕" w:hAnsi="맑은 고딕" w:hint="eastAsia"/>
                <w:b/>
                <w:color w:val="1F497D"/>
              </w:rPr>
              <w:lastRenderedPageBreak/>
              <w:t>聯繫人</w:t>
            </w:r>
            <w:proofErr w:type="spellEnd"/>
            <w:r w:rsidRPr="00202C37">
              <w:rPr>
                <w:rFonts w:ascii="맑은 고딕" w:eastAsia="맑은 고딕" w:hAnsi="맑은 고딕"/>
                <w:b/>
                <w:color w:val="1F497D"/>
              </w:rPr>
              <w:t xml:space="preserve"> (</w:t>
            </w:r>
            <w:proofErr w:type="spellStart"/>
            <w:r w:rsidRPr="00202C37">
              <w:rPr>
                <w:rFonts w:ascii="맑은 고딕" w:eastAsia="맑은 고딕" w:hAnsi="맑은 고딕" w:hint="eastAsia"/>
                <w:b/>
                <w:color w:val="1F497D"/>
              </w:rPr>
              <w:t>手機</w:t>
            </w:r>
            <w:proofErr w:type="spellEnd"/>
            <w:r w:rsidRPr="00202C37">
              <w:rPr>
                <w:rFonts w:ascii="맑은 고딕" w:eastAsia="맑은 고딕" w:hAnsi="맑은 고딕"/>
                <w:b/>
                <w:color w:val="1F497D"/>
              </w:rPr>
              <w:t>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>+      -      -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202C37">
            <w:pPr>
              <w:spacing w:before="80" w:after="80"/>
            </w:pPr>
            <w:proofErr w:type="spellStart"/>
            <w:r w:rsidRPr="00202C37">
              <w:rPr>
                <w:rFonts w:ascii="맑은 고딕" w:eastAsia="맑은 고딕" w:hAnsi="맑은 고딕" w:hint="eastAsia"/>
                <w:b/>
                <w:color w:val="1F497D"/>
              </w:rPr>
              <w:t>電郵地址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 w:rsidP="00D015BD">
            <w:pPr>
              <w:spacing w:before="60" w:after="60"/>
              <w:ind w:firstLineChars="600" w:firstLine="1320"/>
            </w:pPr>
            <w:r w:rsidRPr="00A803D2">
              <w:rPr>
                <w:rFonts w:ascii="맑은 고딕" w:eastAsia="맑은 고딕" w:hAnsi="맑은 고딕"/>
                <w:color w:val="AAAAAA"/>
              </w:rPr>
              <w:t>@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202C37">
            <w:pPr>
              <w:spacing w:before="80" w:after="80"/>
            </w:pPr>
            <w:proofErr w:type="spellStart"/>
            <w:r w:rsidRPr="00202C37">
              <w:rPr>
                <w:rFonts w:ascii="맑은 고딕" w:eastAsia="맑은 고딕" w:hAnsi="맑은 고딕" w:hint="eastAsia"/>
                <w:b/>
                <w:color w:val="1F497D"/>
              </w:rPr>
              <w:t>首選聯繫方式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 xml:space="preserve">□ </w:t>
            </w:r>
            <w:proofErr w:type="spellStart"/>
            <w:r w:rsidR="00202C37" w:rsidRPr="00202C37">
              <w:rPr>
                <w:rFonts w:ascii="맑은 고딕" w:eastAsia="맑은 고딕" w:hAnsi="맑은 고딕" w:hint="eastAsia"/>
                <w:color w:val="AAAAAA"/>
              </w:rPr>
              <w:t>電郵</w:t>
            </w:r>
            <w:proofErr w:type="spellEnd"/>
            <w:r w:rsidRPr="00A803D2">
              <w:rPr>
                <w:rFonts w:ascii="맑은 고딕" w:eastAsia="맑은 고딕" w:hAnsi="맑은 고딕"/>
                <w:color w:val="AAAAAA"/>
              </w:rPr>
              <w:t xml:space="preserve"> □ </w:t>
            </w:r>
            <w:proofErr w:type="spellStart"/>
            <w:r w:rsidR="00202C37" w:rsidRPr="00202C37">
              <w:rPr>
                <w:rFonts w:ascii="맑은 고딕" w:eastAsia="맑은 고딕" w:hAnsi="맑은 고딕" w:hint="eastAsia"/>
                <w:color w:val="AAAAAA"/>
              </w:rPr>
              <w:t>電話</w:t>
            </w:r>
            <w:proofErr w:type="spellEnd"/>
            <w:r w:rsidRPr="00A803D2">
              <w:rPr>
                <w:rFonts w:ascii="맑은 고딕" w:eastAsia="맑은 고딕" w:hAnsi="맑은 고딕"/>
                <w:color w:val="AAAAAA"/>
              </w:rPr>
              <w:t xml:space="preserve"> □ WhatsApp   □ LINE   □ 기타 </w:t>
            </w:r>
            <w:proofErr w:type="gramStart"/>
            <w:r w:rsidRPr="00A803D2">
              <w:rPr>
                <w:rFonts w:ascii="맑은 고딕" w:eastAsia="맑은 고딕" w:hAnsi="맑은 고딕"/>
                <w:color w:val="AAAAAA"/>
              </w:rPr>
              <w:t xml:space="preserve">(  </w:t>
            </w:r>
            <w:proofErr w:type="gramEnd"/>
            <w:r w:rsidRPr="00A803D2">
              <w:rPr>
                <w:rFonts w:ascii="맑은 고딕" w:eastAsia="맑은 고딕" w:hAnsi="맑은 고딕"/>
                <w:color w:val="AAAAAA"/>
              </w:rPr>
              <w:t xml:space="preserve">       )</w:t>
            </w:r>
          </w:p>
        </w:tc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  <w:rPr>
                <w:lang w:eastAsia="zh-TW"/>
              </w:rPr>
            </w:pPr>
            <w:r w:rsidRPr="00A803D2">
              <w:rPr>
                <w:rFonts w:ascii="맑은 고딕" w:eastAsia="맑은 고딕" w:hAnsi="맑은 고딕"/>
                <w:b/>
                <w:color w:val="FFFFFF"/>
                <w:lang w:eastAsia="zh-TW"/>
              </w:rPr>
              <w:t xml:space="preserve">④ </w:t>
            </w:r>
            <w:r w:rsidR="00202C37" w:rsidRPr="00202C37">
              <w:rPr>
                <w:rFonts w:ascii="맑은 고딕" w:eastAsia="맑은 고딕" w:hAnsi="맑은 고딕" w:hint="eastAsia"/>
                <w:b/>
                <w:color w:val="FFFFFF"/>
                <w:lang w:eastAsia="zh-TW"/>
              </w:rPr>
              <w:t>流通渠道現狀</w:t>
            </w:r>
            <w:r w:rsidR="00202C37" w:rsidRPr="00202C37">
              <w:rPr>
                <w:rFonts w:ascii="맑은 고딕" w:eastAsia="맑은 고딕" w:hAnsi="맑은 고딕"/>
                <w:b/>
                <w:color w:val="FFFFFF"/>
                <w:lang w:eastAsia="zh-TW"/>
              </w:rPr>
              <w:t xml:space="preserve"> </w:t>
            </w:r>
            <w:r w:rsidR="00202C37" w:rsidRPr="00202C37">
              <w:rPr>
                <w:rFonts w:ascii="맑은 고딕" w:eastAsia="맑은 고딕" w:hAnsi="맑은 고딕" w:hint="eastAsia"/>
                <w:b/>
                <w:color w:val="FFFFFF"/>
                <w:lang w:eastAsia="zh-TW"/>
              </w:rPr>
              <w:t>※</w:t>
            </w:r>
            <w:r w:rsidR="00202C37" w:rsidRPr="00202C37">
              <w:rPr>
                <w:rFonts w:ascii="맑은 고딕" w:eastAsia="맑은 고딕" w:hAnsi="맑은 고딕"/>
                <w:b/>
                <w:color w:val="FFFFFF"/>
                <w:lang w:eastAsia="zh-TW"/>
              </w:rPr>
              <w:t xml:space="preserve"> </w:t>
            </w:r>
            <w:r w:rsidR="00202C37" w:rsidRPr="00202C37">
              <w:rPr>
                <w:rFonts w:ascii="맑은 고딕" w:eastAsia="맑은 고딕" w:hAnsi="맑은 고딕" w:hint="eastAsia"/>
                <w:b/>
                <w:color w:val="FFFFFF"/>
                <w:lang w:eastAsia="zh-TW"/>
              </w:rPr>
              <w:t>本事業必須提供高級渠道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202C37" w:rsidRPr="00202C37" w:rsidRDefault="00202C37" w:rsidP="00202C37">
            <w:pPr>
              <w:spacing w:before="80" w:after="80"/>
              <w:jc w:val="center"/>
              <w:rPr>
                <w:rFonts w:ascii="맑은 고딕" w:eastAsia="맑은 고딕" w:hAnsi="맑은 고딕"/>
                <w:b/>
                <w:color w:val="1F497D"/>
                <w:lang w:eastAsia="ko-KR"/>
              </w:rPr>
            </w:pPr>
            <w:r>
              <w:rPr>
                <w:rFonts w:ascii="PMingLiU" w:eastAsia="PMingLiU" w:hAnsi="PMingLiU" w:hint="eastAsia"/>
                <w:b/>
                <w:color w:val="1F497D"/>
                <w:lang w:eastAsia="zh-TW"/>
              </w:rPr>
              <w:t>現</w:t>
            </w:r>
            <w:r w:rsidRPr="00202C37">
              <w:rPr>
                <w:rFonts w:ascii="맑은 고딕" w:eastAsia="맑은 고딕" w:hAnsi="맑은 고딕" w:hint="eastAsia"/>
                <w:b/>
                <w:color w:val="1F497D"/>
                <w:lang w:eastAsia="ko-KR"/>
              </w:rPr>
              <w:t>有渠道</w:t>
            </w:r>
          </w:p>
          <w:p w:rsidR="00CB52B1" w:rsidRPr="00A803D2" w:rsidRDefault="00202C37" w:rsidP="00202C37">
            <w:pPr>
              <w:spacing w:before="80" w:after="80"/>
              <w:jc w:val="center"/>
              <w:rPr>
                <w:lang w:eastAsia="ko-KR"/>
              </w:rPr>
            </w:pPr>
            <w:r w:rsidRPr="00202C37">
              <w:rPr>
                <w:rFonts w:ascii="맑은 고딕" w:eastAsia="맑은 고딕" w:hAnsi="맑은 고딕" w:hint="eastAsia"/>
                <w:b/>
                <w:color w:val="1F497D"/>
                <w:lang w:eastAsia="ko-KR"/>
              </w:rPr>
              <w:t>(可重複選擇)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40" w:after="40"/>
              <w:rPr>
                <w:lang w:eastAsia="zh-TW"/>
              </w:rPr>
            </w:pPr>
            <w:r w:rsidRPr="00A803D2">
              <w:rPr>
                <w:rFonts w:ascii="맑은 고딕" w:eastAsia="맑은 고딕" w:hAnsi="맑은 고딕"/>
                <w:lang w:eastAsia="zh-TW"/>
              </w:rPr>
              <w:t xml:space="preserve">□ </w:t>
            </w:r>
            <w:r w:rsidR="006F32C7" w:rsidRPr="006F32C7">
              <w:rPr>
                <w:rFonts w:ascii="맑은 고딕" w:eastAsia="맑은 고딕" w:hAnsi="맑은 고딕" w:hint="eastAsia"/>
                <w:lang w:eastAsia="zh-TW"/>
              </w:rPr>
              <w:t>百貨店食品館</w:t>
            </w:r>
          </w:p>
          <w:p w:rsidR="00CB52B1" w:rsidRPr="00A803D2" w:rsidRDefault="00FD3F4F">
            <w:pPr>
              <w:spacing w:before="40" w:after="4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lang w:eastAsia="ko-KR"/>
              </w:rPr>
              <w:t xml:space="preserve">□ </w:t>
            </w:r>
            <w:r w:rsidR="006F32C7" w:rsidRPr="006F32C7">
              <w:rPr>
                <w:rFonts w:ascii="맑은 고딕" w:eastAsia="맑은 고딕" w:hAnsi="맑은 고딕" w:hint="eastAsia"/>
                <w:lang w:eastAsia="ko-KR"/>
              </w:rPr>
              <w:t>高</w:t>
            </w:r>
            <w:r w:rsidR="006F32C7">
              <w:rPr>
                <w:rFonts w:ascii="PMingLiU" w:eastAsia="PMingLiU" w:hAnsi="PMingLiU" w:hint="eastAsia"/>
                <w:lang w:eastAsia="ko-KR"/>
              </w:rPr>
              <w:t>級</w:t>
            </w:r>
            <w:r w:rsidR="006F32C7" w:rsidRPr="006F32C7">
              <w:rPr>
                <w:rFonts w:ascii="맑은 고딕" w:eastAsia="맑은 고딕" w:hAnsi="맑은 고딕" w:hint="eastAsia"/>
                <w:lang w:eastAsia="ko-KR"/>
              </w:rPr>
              <w:t>食品專賣店</w:t>
            </w:r>
          </w:p>
          <w:p w:rsidR="006F32C7" w:rsidRDefault="00FD3F4F">
            <w:pPr>
              <w:spacing w:before="40" w:after="40"/>
              <w:rPr>
                <w:rFonts w:ascii="맑은 고딕" w:eastAsia="맑은 고딕" w:hAnsi="맑은 고딕"/>
                <w:lang w:eastAsia="ko-KR"/>
              </w:rPr>
            </w:pPr>
            <w:r w:rsidRPr="00A803D2">
              <w:rPr>
                <w:rFonts w:ascii="맑은 고딕" w:eastAsia="맑은 고딕" w:hAnsi="맑은 고딕"/>
                <w:lang w:eastAsia="ko-KR"/>
              </w:rPr>
              <w:t xml:space="preserve">□ </w:t>
            </w:r>
            <w:r w:rsidR="006F32C7" w:rsidRPr="006F32C7">
              <w:rPr>
                <w:rFonts w:ascii="맑은 고딕" w:eastAsia="맑은 고딕" w:hAnsi="맑은 고딕" w:hint="eastAsia"/>
                <w:lang w:eastAsia="ko-KR"/>
              </w:rPr>
              <w:t>高</w:t>
            </w:r>
            <w:r w:rsidR="006F32C7">
              <w:rPr>
                <w:rFonts w:ascii="PMingLiU" w:eastAsia="PMingLiU" w:hAnsi="PMingLiU" w:hint="eastAsia"/>
                <w:lang w:eastAsia="ko-KR"/>
              </w:rPr>
              <w:t>級</w:t>
            </w:r>
            <w:r w:rsidR="006F32C7" w:rsidRPr="006F32C7">
              <w:rPr>
                <w:rFonts w:ascii="맑은 고딕" w:eastAsia="맑은 고딕" w:hAnsi="맑은 고딕" w:hint="eastAsia"/>
                <w:lang w:eastAsia="ko-KR"/>
              </w:rPr>
              <w:t>超市</w:t>
            </w:r>
          </w:p>
          <w:p w:rsidR="006F32C7" w:rsidRDefault="00FD3F4F">
            <w:pPr>
              <w:spacing w:before="40" w:after="40"/>
              <w:rPr>
                <w:rFonts w:ascii="맑은 고딕" w:eastAsia="맑은 고딕" w:hAnsi="맑은 고딕"/>
                <w:lang w:eastAsia="zh-TW"/>
              </w:rPr>
            </w:pPr>
            <w:r w:rsidRPr="00A803D2">
              <w:rPr>
                <w:rFonts w:ascii="맑은 고딕" w:eastAsia="맑은 고딕" w:hAnsi="맑은 고딕"/>
                <w:lang w:eastAsia="zh-TW"/>
              </w:rPr>
              <w:t xml:space="preserve">□ </w:t>
            </w:r>
            <w:r w:rsidR="006F32C7" w:rsidRPr="006F32C7">
              <w:rPr>
                <w:rFonts w:ascii="맑은 고딕" w:eastAsia="맑은 고딕" w:hAnsi="맑은 고딕" w:hint="eastAsia"/>
                <w:lang w:eastAsia="zh-TW"/>
              </w:rPr>
              <w:t>網上高</w:t>
            </w:r>
            <w:r w:rsidR="006F32C7">
              <w:rPr>
                <w:rFonts w:ascii="PMingLiU" w:eastAsia="PMingLiU" w:hAnsi="PMingLiU" w:hint="eastAsia"/>
                <w:lang w:eastAsia="zh-TW"/>
              </w:rPr>
              <w:t>級</w:t>
            </w:r>
            <w:r w:rsidR="006F32C7" w:rsidRPr="006F32C7">
              <w:rPr>
                <w:rFonts w:ascii="맑은 고딕" w:eastAsia="맑은 고딕" w:hAnsi="맑은 고딕" w:hint="eastAsia"/>
                <w:lang w:eastAsia="zh-TW"/>
              </w:rPr>
              <w:t>商城</w:t>
            </w:r>
          </w:p>
          <w:p w:rsidR="00CB52B1" w:rsidRPr="00A803D2" w:rsidRDefault="00FD3F4F">
            <w:pPr>
              <w:spacing w:before="40" w:after="40"/>
              <w:rPr>
                <w:lang w:eastAsia="zh-TW"/>
              </w:rPr>
            </w:pPr>
            <w:r w:rsidRPr="00A803D2">
              <w:rPr>
                <w:rFonts w:ascii="맑은 고딕" w:eastAsia="맑은 고딕" w:hAnsi="맑은 고딕"/>
                <w:lang w:eastAsia="zh-TW"/>
              </w:rPr>
              <w:t xml:space="preserve">□ </w:t>
            </w:r>
            <w:r w:rsidR="006F32C7" w:rsidRPr="006F32C7">
              <w:rPr>
                <w:rFonts w:ascii="맑은 고딕" w:eastAsia="맑은 고딕" w:hAnsi="맑은 고딕" w:hint="eastAsia"/>
                <w:lang w:eastAsia="zh-TW"/>
              </w:rPr>
              <w:t>酒店·餐廳供貨（HORECA）</w:t>
            </w:r>
          </w:p>
          <w:p w:rsidR="00CB52B1" w:rsidRPr="00A803D2" w:rsidRDefault="00FD3F4F">
            <w:pPr>
              <w:spacing w:before="40" w:after="40"/>
              <w:rPr>
                <w:lang w:eastAsia="zh-TW"/>
              </w:rPr>
            </w:pPr>
            <w:r w:rsidRPr="00A803D2">
              <w:rPr>
                <w:rFonts w:ascii="맑은 고딕" w:eastAsia="맑은 고딕" w:hAnsi="맑은 고딕"/>
                <w:lang w:eastAsia="zh-TW"/>
              </w:rPr>
              <w:t xml:space="preserve">□ </w:t>
            </w:r>
            <w:r w:rsidR="006F32C7" w:rsidRPr="006F32C7">
              <w:rPr>
                <w:rFonts w:ascii="맑은 고딕" w:eastAsia="맑은 고딕" w:hAnsi="맑은 고딕" w:hint="eastAsia"/>
                <w:lang w:eastAsia="zh-TW"/>
              </w:rPr>
              <w:t>大型流通鏈</w:t>
            </w:r>
          </w:p>
          <w:p w:rsidR="00CB52B1" w:rsidRPr="00A803D2" w:rsidRDefault="00FD3F4F">
            <w:pPr>
              <w:spacing w:before="40" w:after="40"/>
              <w:rPr>
                <w:lang w:eastAsia="zh-TW"/>
              </w:rPr>
            </w:pPr>
            <w:r w:rsidRPr="00A803D2">
              <w:rPr>
                <w:rFonts w:ascii="맑은 고딕" w:eastAsia="맑은 고딕" w:hAnsi="맑은 고딕"/>
                <w:lang w:eastAsia="zh-TW"/>
              </w:rPr>
              <w:t xml:space="preserve">□ </w:t>
            </w:r>
            <w:r w:rsidR="006F32C7" w:rsidRPr="006F32C7">
              <w:rPr>
                <w:rFonts w:ascii="맑은 고딕" w:eastAsia="맑은 고딕" w:hAnsi="맑은 고딕" w:hint="eastAsia"/>
                <w:lang w:eastAsia="zh-TW"/>
              </w:rPr>
              <w:t>批發市場</w:t>
            </w:r>
          </w:p>
          <w:p w:rsidR="00CB52B1" w:rsidRPr="00A803D2" w:rsidRDefault="00FD3F4F">
            <w:pPr>
              <w:spacing w:before="40" w:after="80"/>
            </w:pPr>
            <w:r w:rsidRPr="00A803D2">
              <w:rPr>
                <w:rFonts w:ascii="맑은 고딕" w:eastAsia="맑은 고딕" w:hAnsi="맑은 고딕"/>
              </w:rPr>
              <w:t xml:space="preserve">□ </w:t>
            </w:r>
            <w:r w:rsidR="006F32C7">
              <w:rPr>
                <w:rFonts w:ascii="PMingLiU" w:eastAsia="PMingLiU" w:hAnsi="PMingLiU" w:hint="eastAsia"/>
                <w:lang w:eastAsia="zh-TW"/>
              </w:rPr>
              <w:t>其他</w:t>
            </w:r>
            <w:r w:rsidRPr="00A803D2">
              <w:rPr>
                <w:rFonts w:ascii="맑은 고딕" w:eastAsia="맑은 고딕" w:hAnsi="맑은 고딕"/>
              </w:rPr>
              <w:t xml:space="preserve"> (                              )</w:t>
            </w:r>
          </w:p>
        </w:tc>
      </w:tr>
      <w:tr w:rsidR="00CB52B1" w:rsidRPr="00A803D2">
        <w:trPr>
          <w:jc w:val="center"/>
        </w:trPr>
        <w:tc>
          <w:tcPr>
            <w:tcW w:w="907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8F8"/>
            <w:vAlign w:val="center"/>
          </w:tcPr>
          <w:p w:rsidR="00CB52B1" w:rsidRPr="00A803D2" w:rsidRDefault="00FD3F4F">
            <w:pPr>
              <w:spacing w:before="40" w:after="40"/>
              <w:ind w:left="170"/>
              <w:rPr>
                <w:lang w:eastAsia="zh-TW"/>
              </w:rPr>
            </w:pPr>
            <w:r w:rsidRPr="00A803D2">
              <w:rPr>
                <w:rFonts w:ascii="맑은 고딕" w:eastAsia="맑은 고딕" w:hAnsi="맑은 고딕"/>
                <w:color w:val="666666"/>
                <w:lang w:eastAsia="zh-TW"/>
              </w:rPr>
              <w:t xml:space="preserve">※ </w:t>
            </w:r>
            <w:r w:rsidR="00C32A91" w:rsidRPr="00C32A91">
              <w:rPr>
                <w:rFonts w:ascii="맑은 고딕" w:eastAsia="맑은 고딕" w:hAnsi="맑은 고딕" w:hint="eastAsia"/>
                <w:color w:val="666666"/>
                <w:lang w:eastAsia="zh-TW"/>
              </w:rPr>
              <w:t xml:space="preserve"> 百貨店、高級食品館、高級超市中必須擁有1個以上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32A91" w:rsidRPr="00C32A91" w:rsidRDefault="00C32A91" w:rsidP="00C32A91">
            <w:pPr>
              <w:spacing w:before="80" w:after="80"/>
              <w:rPr>
                <w:rFonts w:ascii="맑은 고딕" w:eastAsia="맑은 고딕" w:hAnsi="맑은 고딕"/>
                <w:b/>
                <w:color w:val="1F497D"/>
                <w:lang w:eastAsia="zh-TW"/>
              </w:rPr>
            </w:pPr>
            <w:r w:rsidRPr="00C32A91">
              <w:rPr>
                <w:rFonts w:ascii="맑은 고딕" w:eastAsia="맑은 고딕" w:hAnsi="맑은 고딕" w:hint="eastAsia"/>
                <w:b/>
                <w:color w:val="1F497D"/>
                <w:lang w:eastAsia="zh-TW"/>
              </w:rPr>
              <w:t>主要交易渠道名</w:t>
            </w:r>
          </w:p>
          <w:p w:rsidR="00CB52B1" w:rsidRPr="00A803D2" w:rsidRDefault="00C32A91" w:rsidP="00C32A91">
            <w:pPr>
              <w:spacing w:before="80" w:after="80"/>
              <w:rPr>
                <w:lang w:eastAsia="zh-TW"/>
              </w:rPr>
            </w:pPr>
            <w:r w:rsidRPr="00C32A91">
              <w:rPr>
                <w:rFonts w:ascii="맑은 고딕" w:eastAsia="맑은 고딕" w:hAnsi="맑은 고딕" w:hint="eastAsia"/>
                <w:b/>
                <w:color w:val="1F497D"/>
                <w:lang w:eastAsia="zh-TW"/>
              </w:rPr>
              <w:t>(具體記載)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C32A91">
            <w:pPr>
              <w:spacing w:before="60" w:after="60"/>
            </w:pPr>
            <w:r>
              <w:rPr>
                <w:rFonts w:ascii="PMingLiU" w:eastAsia="PMingLiU" w:hAnsi="PMingLiU" w:hint="eastAsia"/>
                <w:color w:val="AAAAAA"/>
                <w:lang w:eastAsia="zh-TW"/>
              </w:rPr>
              <w:t>例</w:t>
            </w:r>
            <w:r w:rsidR="00FD3F4F" w:rsidRPr="00A803D2">
              <w:rPr>
                <w:rFonts w:ascii="맑은 고딕" w:eastAsia="맑은 고딕" w:hAnsi="맑은 고딕"/>
                <w:color w:val="AAAAAA"/>
              </w:rPr>
              <w:t xml:space="preserve">) Takashimaya Food Hall, Villa Market, City Super </w:t>
            </w:r>
            <w:r>
              <w:rPr>
                <w:rFonts w:ascii="PMingLiU" w:eastAsia="PMingLiU" w:hAnsi="PMingLiU" w:hint="eastAsia"/>
                <w:color w:val="AAAAAA"/>
                <w:lang w:eastAsia="zh-TW"/>
              </w:rPr>
              <w:t>等</w:t>
            </w:r>
          </w:p>
          <w:p w:rsidR="00CB52B1" w:rsidRPr="00A803D2" w:rsidRDefault="00CB52B1">
            <w:pPr>
              <w:spacing w:before="40" w:after="40"/>
            </w:pPr>
          </w:p>
          <w:p w:rsidR="00CB52B1" w:rsidRPr="00A803D2" w:rsidRDefault="00CB52B1">
            <w:pPr>
              <w:spacing w:before="40" w:after="40"/>
            </w:pPr>
          </w:p>
        </w:tc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  <w:rPr>
                <w:lang w:eastAsia="zh-TW"/>
              </w:rPr>
            </w:pPr>
            <w:r w:rsidRPr="00A803D2">
              <w:rPr>
                <w:rFonts w:ascii="맑은 고딕" w:eastAsia="맑은 고딕" w:hAnsi="맑은 고딕"/>
                <w:b/>
                <w:color w:val="FFFFFF"/>
                <w:lang w:eastAsia="zh-TW"/>
              </w:rPr>
              <w:t xml:space="preserve">⑤ </w:t>
            </w:r>
            <w:r w:rsidR="0070294F" w:rsidRPr="0070294F">
              <w:rPr>
                <w:rFonts w:ascii="맑은 고딕" w:eastAsia="맑은 고딕" w:hAnsi="맑은 고딕" w:hint="eastAsia"/>
                <w:b/>
                <w:color w:val="FFFFFF"/>
                <w:lang w:eastAsia="zh-TW"/>
              </w:rPr>
              <w:t>冷藏設施及冷鏈現狀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70294F" w:rsidRPr="0070294F" w:rsidRDefault="0070294F" w:rsidP="0070294F">
            <w:pPr>
              <w:spacing w:before="80" w:after="80"/>
              <w:rPr>
                <w:rFonts w:ascii="맑은 고딕" w:eastAsia="맑은 고딕" w:hAnsi="맑은 고딕"/>
                <w:b/>
                <w:color w:val="1F497D"/>
              </w:rPr>
            </w:pPr>
            <w:proofErr w:type="spellStart"/>
            <w:r w:rsidRPr="0070294F">
              <w:rPr>
                <w:rFonts w:ascii="맑은 고딕" w:eastAsia="맑은 고딕" w:hAnsi="맑은 고딕" w:hint="eastAsia"/>
                <w:b/>
                <w:color w:val="1F497D"/>
              </w:rPr>
              <w:t>冷藏庫</w:t>
            </w:r>
            <w:proofErr w:type="spellEnd"/>
          </w:p>
          <w:p w:rsidR="00CB52B1" w:rsidRPr="00A803D2" w:rsidRDefault="0070294F" w:rsidP="0070294F">
            <w:pPr>
              <w:spacing w:before="80" w:after="80"/>
            </w:pPr>
            <w:proofErr w:type="spellStart"/>
            <w:r w:rsidRPr="0070294F">
              <w:rPr>
                <w:rFonts w:ascii="맑은 고딕" w:eastAsia="맑은 고딕" w:hAnsi="맑은 고딕" w:hint="eastAsia"/>
                <w:b/>
                <w:color w:val="1F497D"/>
              </w:rPr>
              <w:t>持有與否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80"/>
              <w:rPr>
                <w:lang w:eastAsia="zh-TW"/>
              </w:rPr>
            </w:pPr>
            <w:r w:rsidRPr="00A803D2">
              <w:rPr>
                <w:rFonts w:ascii="맑은 고딕" w:eastAsia="맑은 고딕" w:hAnsi="맑은 고딕"/>
                <w:color w:val="BFBFBF" w:themeColor="background1" w:themeShade="BF"/>
                <w:lang w:eastAsia="zh-TW"/>
              </w:rPr>
              <w:t xml:space="preserve">□ </w:t>
            </w:r>
            <w:r w:rsidR="0070294F">
              <w:rPr>
                <w:rFonts w:ascii="PMingLiU" w:eastAsia="PMingLiU" w:hAnsi="PMingLiU" w:hint="eastAsia"/>
                <w:color w:val="BFBFBF" w:themeColor="background1" w:themeShade="BF"/>
                <w:lang w:eastAsia="zh-TW"/>
              </w:rPr>
              <w:t>自</w:t>
            </w:r>
            <w:r w:rsidR="00A606F6">
              <w:rPr>
                <w:rFonts w:ascii="PMingLiU" w:eastAsia="PMingLiU" w:hAnsi="PMingLiU" w:hint="eastAsia"/>
                <w:color w:val="BFBFBF" w:themeColor="background1" w:themeShade="BF"/>
                <w:lang w:eastAsia="zh-TW"/>
              </w:rPr>
              <w:t>己企業持</w:t>
            </w:r>
            <w:r w:rsidR="0070294F" w:rsidRPr="0070294F">
              <w:rPr>
                <w:rFonts w:ascii="맑은 고딕" w:eastAsia="맑은 고딕" w:hAnsi="맑은 고딕" w:hint="eastAsia"/>
                <w:color w:val="BFBFBF" w:themeColor="background1" w:themeShade="BF"/>
                <w:lang w:eastAsia="zh-TW"/>
              </w:rPr>
              <w:t>有</w:t>
            </w:r>
            <w:r w:rsidR="0070294F" w:rsidRPr="0070294F">
              <w:rPr>
                <w:rFonts w:ascii="맑은 고딕" w:eastAsia="맑은 고딕" w:hAnsi="맑은 고딕"/>
                <w:color w:val="BFBFBF" w:themeColor="background1" w:themeShade="BF"/>
                <w:lang w:eastAsia="zh-TW"/>
              </w:rPr>
              <w:t xml:space="preserve"> </w:t>
            </w:r>
            <w:r w:rsidRPr="00A803D2">
              <w:rPr>
                <w:rFonts w:ascii="맑은 고딕" w:eastAsia="맑은 고딕" w:hAnsi="맑은 고딕"/>
                <w:color w:val="BFBFBF" w:themeColor="background1" w:themeShade="BF"/>
                <w:lang w:eastAsia="zh-TW"/>
              </w:rPr>
              <w:t xml:space="preserve">□ </w:t>
            </w:r>
            <w:r w:rsidR="0070294F" w:rsidRPr="0070294F">
              <w:rPr>
                <w:rFonts w:ascii="맑은 고딕" w:eastAsia="맑은 고딕" w:hAnsi="맑은 고딕" w:hint="eastAsia"/>
                <w:color w:val="BFBFBF" w:themeColor="background1" w:themeShade="BF"/>
                <w:lang w:eastAsia="zh-TW"/>
              </w:rPr>
              <w:t>專用租賃</w:t>
            </w:r>
            <w:r w:rsidR="0070294F" w:rsidRPr="0070294F">
              <w:rPr>
                <w:rFonts w:ascii="맑은 고딕" w:eastAsia="맑은 고딕" w:hAnsi="맑은 고딕"/>
                <w:color w:val="BFBFBF" w:themeColor="background1" w:themeShade="BF"/>
                <w:lang w:eastAsia="zh-TW"/>
              </w:rPr>
              <w:t xml:space="preserve"> </w:t>
            </w:r>
            <w:r w:rsidRPr="00A803D2">
              <w:rPr>
                <w:rFonts w:ascii="맑은 고딕" w:eastAsia="맑은 고딕" w:hAnsi="맑은 고딕"/>
                <w:color w:val="BFBFBF" w:themeColor="background1" w:themeShade="BF"/>
                <w:lang w:eastAsia="zh-TW"/>
              </w:rPr>
              <w:t xml:space="preserve">□ </w:t>
            </w:r>
            <w:r w:rsidR="0070294F">
              <w:rPr>
                <w:rFonts w:ascii="PMingLiU" w:eastAsia="PMingLiU" w:hAnsi="PMingLiU" w:hint="eastAsia"/>
                <w:color w:val="BFBFBF" w:themeColor="background1" w:themeShade="BF"/>
                <w:lang w:eastAsia="zh-TW"/>
              </w:rPr>
              <w:t>沒有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70294F" w:rsidRPr="0070294F" w:rsidRDefault="0070294F" w:rsidP="0070294F">
            <w:pPr>
              <w:spacing w:before="80" w:after="80"/>
              <w:rPr>
                <w:rFonts w:ascii="맑은 고딕" w:eastAsia="맑은 고딕" w:hAnsi="맑은 고딕"/>
                <w:b/>
                <w:color w:val="1F497D"/>
                <w:lang w:eastAsia="ko-KR"/>
              </w:rPr>
            </w:pPr>
            <w:r w:rsidRPr="0070294F">
              <w:rPr>
                <w:rFonts w:ascii="맑은 고딕" w:eastAsia="맑은 고딕" w:hAnsi="맑은 고딕" w:hint="eastAsia"/>
                <w:b/>
                <w:color w:val="1F497D"/>
                <w:lang w:eastAsia="ko-KR"/>
              </w:rPr>
              <w:t>冷庫貯藏</w:t>
            </w:r>
          </w:p>
          <w:p w:rsidR="00CB52B1" w:rsidRPr="00A803D2" w:rsidRDefault="0070294F" w:rsidP="0070294F">
            <w:pPr>
              <w:spacing w:before="80" w:after="80"/>
              <w:rPr>
                <w:lang w:eastAsia="ko-KR"/>
              </w:rPr>
            </w:pPr>
            <w:r w:rsidRPr="0070294F">
              <w:rPr>
                <w:rFonts w:ascii="맑은 고딕" w:eastAsia="맑은 고딕" w:hAnsi="맑은 고딕" w:hint="eastAsia"/>
                <w:b/>
                <w:color w:val="1F497D"/>
                <w:lang w:eastAsia="ko-KR"/>
              </w:rPr>
              <w:t>溫度範圍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70294F">
            <w:pPr>
              <w:spacing w:before="60" w:after="60"/>
            </w:pPr>
            <w:proofErr w:type="spellStart"/>
            <w:r w:rsidRPr="0070294F">
              <w:rPr>
                <w:rFonts w:ascii="맑은 고딕" w:eastAsia="맑은 고딕" w:hAnsi="맑은 고딕" w:hint="eastAsia"/>
                <w:color w:val="AAAAAA"/>
              </w:rPr>
              <w:t>最低</w:t>
            </w:r>
            <w:proofErr w:type="spellEnd"/>
            <w:r>
              <w:rPr>
                <w:rFonts w:ascii="맑은 고딕" w:eastAsia="PMingLiU" w:hAnsi="맑은 고딕" w:hint="eastAsia"/>
                <w:color w:val="AAAAAA"/>
                <w:lang w:eastAsia="zh-TW"/>
              </w:rPr>
              <w:t xml:space="preserve"> </w:t>
            </w:r>
            <w:r>
              <w:rPr>
                <w:rFonts w:ascii="맑은 고딕" w:eastAsia="PMingLiU" w:hAnsi="맑은 고딕"/>
                <w:color w:val="AAAAAA"/>
                <w:lang w:eastAsia="zh-TW"/>
              </w:rPr>
              <w:t xml:space="preserve"> </w:t>
            </w:r>
            <w:r w:rsidR="00FD3F4F" w:rsidRPr="00A803D2">
              <w:rPr>
                <w:rFonts w:ascii="맑은 고딕" w:eastAsia="맑은 고딕" w:hAnsi="맑은 고딕"/>
                <w:color w:val="AAAAAA"/>
              </w:rPr>
              <w:t xml:space="preserve"> ℃  ~ </w:t>
            </w:r>
            <w:r w:rsidRPr="0070294F">
              <w:rPr>
                <w:rFonts w:ascii="맑은 고딕" w:eastAsia="맑은 고딕" w:hAnsi="맑은 고딕" w:hint="eastAsia"/>
                <w:color w:val="AAAAAA"/>
              </w:rPr>
              <w:t>最</w:t>
            </w:r>
            <w:r>
              <w:rPr>
                <w:rFonts w:ascii="PMingLiU" w:eastAsia="PMingLiU" w:hAnsi="PMingLiU" w:hint="eastAsia"/>
                <w:color w:val="AAAAAA"/>
                <w:lang w:eastAsia="zh-TW"/>
              </w:rPr>
              <w:t>高</w:t>
            </w:r>
            <w:r w:rsidR="00FD3F4F" w:rsidRPr="00A803D2">
              <w:rPr>
                <w:rFonts w:ascii="맑은 고딕" w:eastAsia="맑은 고딕" w:hAnsi="맑은 고딕"/>
                <w:color w:val="AAAAAA"/>
              </w:rPr>
              <w:t xml:space="preserve"> </w:t>
            </w:r>
            <w:r w:rsidR="00B8125B">
              <w:rPr>
                <w:rFonts w:ascii="맑은 고딕" w:eastAsia="맑은 고딕" w:hAnsi="맑은 고딕"/>
                <w:color w:val="AAAAAA"/>
              </w:rPr>
              <w:t xml:space="preserve">  </w:t>
            </w:r>
            <w:r w:rsidR="00FD3F4F" w:rsidRPr="00A803D2">
              <w:rPr>
                <w:rFonts w:ascii="맑은 고딕" w:eastAsia="맑은 고딕" w:hAnsi="맑은 고딕"/>
                <w:color w:val="AAAAAA"/>
              </w:rPr>
              <w:t>℃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B8125B">
            <w:pPr>
              <w:spacing w:before="80" w:after="80"/>
            </w:pPr>
            <w:proofErr w:type="spellStart"/>
            <w:r w:rsidRPr="00B8125B">
              <w:rPr>
                <w:rFonts w:ascii="맑은 고딕" w:eastAsia="맑은 고딕" w:hAnsi="맑은 고딕" w:hint="eastAsia"/>
                <w:b/>
                <w:color w:val="1F497D"/>
              </w:rPr>
              <w:t>冷庫容量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606F6" w:rsidRDefault="00A606F6">
            <w:pPr>
              <w:spacing w:before="60" w:after="60"/>
              <w:rPr>
                <w:rFonts w:eastAsia="PMingLiU"/>
                <w:lang w:eastAsia="zh-TW"/>
              </w:rPr>
            </w:pPr>
            <w:r>
              <w:rPr>
                <w:rFonts w:ascii="Microsoft JhengHei" w:eastAsia="Microsoft JhengHei" w:hAnsi="Microsoft JhengHei" w:cs="Microsoft JhengHei" w:hint="eastAsia"/>
                <w:color w:val="AAAAAA"/>
                <w:lang w:eastAsia="zh-TW"/>
              </w:rPr>
              <w:t>約</w:t>
            </w:r>
            <w:r w:rsidR="00FD3F4F" w:rsidRPr="00A803D2">
              <w:rPr>
                <w:rFonts w:ascii="맑은 고딕" w:eastAsia="맑은 고딕" w:hAnsi="맑은 고딕"/>
                <w:color w:val="AAAAAA"/>
              </w:rPr>
              <w:t xml:space="preserve">        CBM  </w:t>
            </w:r>
            <w:r>
              <w:rPr>
                <w:rFonts w:ascii="PMingLiU" w:eastAsia="PMingLiU" w:hAnsi="PMingLiU" w:hint="eastAsia"/>
                <w:color w:val="AAAAAA"/>
                <w:lang w:eastAsia="zh-TW"/>
              </w:rPr>
              <w:t>或</w:t>
            </w:r>
            <w:r w:rsidR="00FD3F4F" w:rsidRPr="00A803D2">
              <w:rPr>
                <w:rFonts w:ascii="맑은 고딕" w:eastAsia="맑은 고딕" w:hAnsi="맑은 고딕"/>
                <w:color w:val="AAAAAA"/>
              </w:rPr>
              <w:t xml:space="preserve">        </w:t>
            </w:r>
            <w:r>
              <w:rPr>
                <w:rFonts w:ascii="PMingLiU" w:eastAsia="PMingLiU" w:hAnsi="PMingLiU" w:hint="eastAsia"/>
                <w:color w:val="AAAAAA"/>
                <w:lang w:eastAsia="zh-TW"/>
              </w:rPr>
              <w:t>貨板(</w:t>
            </w:r>
            <w:r>
              <w:rPr>
                <w:rFonts w:ascii="PMingLiU" w:eastAsia="PMingLiU" w:hAnsi="PMingLiU"/>
                <w:color w:val="AAAAAA"/>
                <w:lang w:eastAsia="zh-TW"/>
              </w:rPr>
              <w:t>pallet)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A606F6">
            <w:pPr>
              <w:spacing w:before="80" w:after="80"/>
            </w:pPr>
            <w:proofErr w:type="spellStart"/>
            <w:r w:rsidRPr="00A606F6">
              <w:rPr>
                <w:rFonts w:ascii="맑은 고딕" w:eastAsia="맑은 고딕" w:hAnsi="맑은 고딕" w:hint="eastAsia"/>
                <w:b/>
                <w:color w:val="1F497D"/>
              </w:rPr>
              <w:t>冷藏配送車輛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  <w:rPr>
                <w:lang w:eastAsia="zh-TW"/>
              </w:rPr>
            </w:pPr>
            <w:r w:rsidRPr="00A803D2">
              <w:rPr>
                <w:rFonts w:ascii="맑은 고딕" w:eastAsia="맑은 고딕" w:hAnsi="맑은 고딕"/>
                <w:color w:val="AAAAAA"/>
                <w:lang w:eastAsia="zh-TW"/>
              </w:rPr>
              <w:t xml:space="preserve">□ </w:t>
            </w:r>
            <w:r w:rsidR="00A606F6">
              <w:rPr>
                <w:rFonts w:ascii="PMingLiU" w:eastAsia="PMingLiU" w:hAnsi="PMingLiU" w:hint="eastAsia"/>
                <w:color w:val="BFBFBF" w:themeColor="background1" w:themeShade="BF"/>
                <w:lang w:eastAsia="zh-TW"/>
              </w:rPr>
              <w:t>自己企業持</w:t>
            </w:r>
            <w:r w:rsidR="00A606F6" w:rsidRPr="0070294F">
              <w:rPr>
                <w:rFonts w:ascii="맑은 고딕" w:eastAsia="맑은 고딕" w:hAnsi="맑은 고딕" w:hint="eastAsia"/>
                <w:color w:val="BFBFBF" w:themeColor="background1" w:themeShade="BF"/>
                <w:lang w:eastAsia="zh-TW"/>
              </w:rPr>
              <w:t>有</w:t>
            </w:r>
            <w:r w:rsidR="00A606F6" w:rsidRPr="0070294F">
              <w:rPr>
                <w:rFonts w:ascii="맑은 고딕" w:eastAsia="맑은 고딕" w:hAnsi="맑은 고딕"/>
                <w:color w:val="BFBFBF" w:themeColor="background1" w:themeShade="BF"/>
                <w:lang w:eastAsia="zh-TW"/>
              </w:rPr>
              <w:t xml:space="preserve"> </w:t>
            </w:r>
            <w:r w:rsidRPr="00A803D2">
              <w:rPr>
                <w:rFonts w:ascii="맑은 고딕" w:eastAsia="맑은 고딕" w:hAnsi="맑은 고딕"/>
                <w:color w:val="AAAAAA"/>
                <w:lang w:eastAsia="zh-TW"/>
              </w:rPr>
              <w:t>(</w:t>
            </w:r>
            <w:r w:rsidR="00A606F6">
              <w:rPr>
                <w:rFonts w:ascii="맑은 고딕" w:eastAsia="맑은 고딕" w:hAnsi="맑은 고딕"/>
                <w:color w:val="AAAAAA"/>
                <w:lang w:eastAsia="zh-TW"/>
              </w:rPr>
              <w:t xml:space="preserve">     </w:t>
            </w:r>
            <w:r w:rsidR="00A606F6" w:rsidRPr="00A606F6">
              <w:rPr>
                <w:rFonts w:ascii="맑은 고딕" w:eastAsia="맑은 고딕" w:hAnsi="맑은 고딕" w:hint="eastAsia"/>
                <w:color w:val="AAAAAA"/>
                <w:lang w:eastAsia="zh-TW"/>
              </w:rPr>
              <w:t>輛</w:t>
            </w:r>
            <w:r w:rsidRPr="00A803D2">
              <w:rPr>
                <w:rFonts w:ascii="맑은 고딕" w:eastAsia="맑은 고딕" w:hAnsi="맑은 고딕"/>
                <w:color w:val="AAAAAA"/>
                <w:lang w:eastAsia="zh-TW"/>
              </w:rPr>
              <w:t xml:space="preserve"> )   □ </w:t>
            </w:r>
            <w:r w:rsidR="00A606F6" w:rsidRPr="00A606F6">
              <w:rPr>
                <w:rFonts w:ascii="맑은 고딕" w:eastAsia="맑은 고딕" w:hAnsi="맑은 고딕" w:hint="eastAsia"/>
                <w:color w:val="AAAAAA"/>
                <w:lang w:eastAsia="zh-TW"/>
              </w:rPr>
              <w:t>外</w:t>
            </w:r>
            <w:r w:rsidR="00A606F6">
              <w:rPr>
                <w:rFonts w:ascii="PMingLiU" w:eastAsia="PMingLiU" w:hAnsi="PMingLiU" w:hint="eastAsia"/>
                <w:color w:val="AAAAAA"/>
                <w:lang w:eastAsia="zh-TW"/>
              </w:rPr>
              <w:t>部合</w:t>
            </w:r>
            <w:r w:rsidR="00A606F6" w:rsidRPr="00A606F6">
              <w:rPr>
                <w:rFonts w:ascii="맑은 고딕" w:eastAsia="맑은 고딕" w:hAnsi="맑은 고딕" w:hint="eastAsia"/>
                <w:color w:val="AAAAAA"/>
                <w:lang w:eastAsia="zh-TW"/>
              </w:rPr>
              <w:t>約</w:t>
            </w:r>
            <w:r w:rsidR="00A606F6">
              <w:rPr>
                <w:rFonts w:ascii="맑은 고딕" w:eastAsia="PMingLiU" w:hAnsi="맑은 고딕" w:hint="eastAsia"/>
                <w:color w:val="AAAAAA"/>
                <w:lang w:eastAsia="zh-TW"/>
              </w:rPr>
              <w:t xml:space="preserve"> </w:t>
            </w:r>
            <w:r w:rsidR="00A606F6" w:rsidRPr="00A606F6">
              <w:rPr>
                <w:rFonts w:ascii="맑은 고딕" w:eastAsia="맑은 고딕" w:hAnsi="맑은 고딕"/>
                <w:color w:val="AAAAAA"/>
                <w:lang w:eastAsia="zh-TW"/>
              </w:rPr>
              <w:t xml:space="preserve"> </w:t>
            </w:r>
            <w:r w:rsidRPr="00A803D2">
              <w:rPr>
                <w:rFonts w:ascii="맑은 고딕" w:eastAsia="맑은 고딕" w:hAnsi="맑은 고딕"/>
                <w:color w:val="AAAAAA"/>
                <w:lang w:eastAsia="zh-TW"/>
              </w:rPr>
              <w:t xml:space="preserve">□ </w:t>
            </w:r>
            <w:r w:rsidR="00A606F6">
              <w:rPr>
                <w:rFonts w:ascii="PMingLiU" w:eastAsia="PMingLiU" w:hAnsi="PMingLiU" w:hint="eastAsia"/>
                <w:color w:val="BFBFBF" w:themeColor="background1" w:themeShade="BF"/>
                <w:lang w:eastAsia="zh-TW"/>
              </w:rPr>
              <w:t>沒有</w:t>
            </w:r>
          </w:p>
        </w:tc>
      </w:tr>
      <w:tr w:rsidR="00CB52B1" w:rsidRPr="00A803D2">
        <w:trPr>
          <w:jc w:val="center"/>
        </w:trPr>
        <w:tc>
          <w:tcPr>
            <w:tcW w:w="9072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8F8F8"/>
            <w:vAlign w:val="center"/>
          </w:tcPr>
          <w:p w:rsidR="00CB52B1" w:rsidRPr="00A803D2" w:rsidRDefault="00A606F6">
            <w:pPr>
              <w:spacing w:before="40" w:after="40"/>
              <w:ind w:left="170"/>
              <w:rPr>
                <w:lang w:eastAsia="zh-TW"/>
              </w:rPr>
            </w:pPr>
            <w:r w:rsidRPr="00A606F6">
              <w:rPr>
                <w:rFonts w:ascii="맑은 고딕" w:eastAsia="맑은 고딕" w:hAnsi="맑은 고딕" w:hint="eastAsia"/>
                <w:color w:val="666666"/>
                <w:lang w:eastAsia="zh-TW"/>
              </w:rPr>
              <w:t>※</w:t>
            </w:r>
            <w:r w:rsidRPr="00A606F6">
              <w:rPr>
                <w:rFonts w:ascii="맑은 고딕" w:eastAsia="맑은 고딕" w:hAnsi="맑은 고딕"/>
                <w:color w:val="666666"/>
                <w:lang w:eastAsia="zh-TW"/>
              </w:rPr>
              <w:t xml:space="preserve"> </w:t>
            </w:r>
            <w:r w:rsidRPr="00A606F6">
              <w:rPr>
                <w:rFonts w:ascii="맑은 고딕" w:eastAsia="맑은 고딕" w:hAnsi="맑은 고딕" w:hint="eastAsia"/>
                <w:color w:val="666666"/>
                <w:lang w:eastAsia="zh-TW"/>
              </w:rPr>
              <w:t>選定示範事業時有義務提交溫度記錄數據</w:t>
            </w:r>
          </w:p>
        </w:tc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  <w:rPr>
                <w:lang w:eastAsia="zh-TW"/>
              </w:rPr>
            </w:pPr>
            <w:r w:rsidRPr="00A803D2">
              <w:rPr>
                <w:rFonts w:ascii="맑은 고딕" w:eastAsia="맑은 고딕" w:hAnsi="맑은 고딕"/>
                <w:b/>
                <w:color w:val="FFFFFF"/>
                <w:lang w:eastAsia="zh-TW"/>
              </w:rPr>
              <w:t xml:space="preserve">⑥ </w:t>
            </w:r>
            <w:r w:rsidR="00A606F6" w:rsidRPr="00A606F6">
              <w:rPr>
                <w:rFonts w:ascii="맑은 고딕" w:eastAsia="맑은 고딕" w:hAnsi="맑은 고딕" w:hint="eastAsia"/>
                <w:b/>
                <w:color w:val="FFFFFF"/>
                <w:lang w:eastAsia="zh-TW"/>
              </w:rPr>
              <w:t>韓國</w:t>
            </w:r>
            <w:r w:rsidR="00A606F6" w:rsidRPr="00A606F6">
              <w:rPr>
                <w:rFonts w:ascii="Microsoft JhengHei" w:eastAsia="Microsoft JhengHei" w:hAnsi="Microsoft JhengHei" w:cs="Microsoft JhengHei" w:hint="eastAsia"/>
                <w:b/>
                <w:color w:val="FFFFFF"/>
                <w:lang w:eastAsia="zh-TW"/>
              </w:rPr>
              <w:t>產</w:t>
            </w:r>
            <w:r w:rsidR="00A606F6" w:rsidRPr="00A606F6">
              <w:rPr>
                <w:rFonts w:ascii="맑은 고딕" w:eastAsia="맑은 고딕" w:hAnsi="맑은 고딕" w:cs="맑은 고딕" w:hint="eastAsia"/>
                <w:b/>
                <w:color w:val="FFFFFF"/>
                <w:lang w:eastAsia="zh-TW"/>
              </w:rPr>
              <w:t>草莓及高級水果銷售業績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A606F6" w:rsidRPr="00A606F6" w:rsidRDefault="00A606F6" w:rsidP="00A606F6">
            <w:pPr>
              <w:spacing w:before="80" w:after="80"/>
              <w:rPr>
                <w:rFonts w:ascii="맑은 고딕" w:eastAsia="맑은 고딕" w:hAnsi="맑은 고딕"/>
                <w:b/>
                <w:color w:val="1F497D"/>
              </w:rPr>
            </w:pPr>
            <w:proofErr w:type="spellStart"/>
            <w:r w:rsidRPr="00A606F6">
              <w:rPr>
                <w:rFonts w:ascii="맑은 고딕" w:eastAsia="맑은 고딕" w:hAnsi="맑은 고딕" w:hint="eastAsia"/>
                <w:b/>
                <w:color w:val="1F497D"/>
              </w:rPr>
              <w:t>韓國</w:t>
            </w:r>
            <w:r w:rsidRPr="00A606F6">
              <w:rPr>
                <w:rFonts w:ascii="Microsoft JhengHei" w:eastAsia="Microsoft JhengHei" w:hAnsi="Microsoft JhengHei" w:cs="Microsoft JhengHei" w:hint="eastAsia"/>
                <w:b/>
                <w:color w:val="1F497D"/>
              </w:rPr>
              <w:t>產</w:t>
            </w:r>
            <w:r w:rsidRPr="00A606F6">
              <w:rPr>
                <w:rFonts w:ascii="맑은 고딕" w:eastAsia="맑은 고딕" w:hAnsi="맑은 고딕" w:cs="맑은 고딕" w:hint="eastAsia"/>
                <w:b/>
                <w:color w:val="1F497D"/>
              </w:rPr>
              <w:t>草莓</w:t>
            </w:r>
            <w:proofErr w:type="spellEnd"/>
          </w:p>
          <w:p w:rsidR="00CB52B1" w:rsidRPr="00A803D2" w:rsidRDefault="00A606F6" w:rsidP="00A606F6">
            <w:pPr>
              <w:spacing w:before="80" w:after="80"/>
            </w:pPr>
            <w:proofErr w:type="spellStart"/>
            <w:r w:rsidRPr="00A606F6">
              <w:rPr>
                <w:rFonts w:ascii="맑은 고딕" w:eastAsia="맑은 고딕" w:hAnsi="맑은 고딕" w:hint="eastAsia"/>
                <w:b/>
                <w:color w:val="1F497D"/>
              </w:rPr>
              <w:t>經辦經驗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</w:pPr>
            <w:r w:rsidRPr="00A803D2">
              <w:rPr>
                <w:rFonts w:ascii="맑은 고딕" w:eastAsia="맑은 고딕" w:hAnsi="맑은 고딕"/>
                <w:color w:val="AAAAAA"/>
              </w:rPr>
              <w:t xml:space="preserve">□ </w:t>
            </w:r>
            <w:r w:rsidR="00A606F6">
              <w:rPr>
                <w:rFonts w:ascii="PMingLiU" w:eastAsia="PMingLiU" w:hAnsi="PMingLiU" w:hint="eastAsia"/>
                <w:color w:val="AAAAAA"/>
                <w:lang w:eastAsia="zh-TW"/>
              </w:rPr>
              <w:t>有</w:t>
            </w:r>
            <w:r w:rsidRPr="00A803D2">
              <w:rPr>
                <w:rFonts w:ascii="맑은 고딕" w:eastAsia="맑은 고딕" w:hAnsi="맑은 고딕"/>
                <w:color w:val="AAAAAA"/>
              </w:rPr>
              <w:t xml:space="preserve">  □ </w:t>
            </w:r>
            <w:r w:rsidR="00A606F6">
              <w:rPr>
                <w:rFonts w:ascii="PMingLiU" w:eastAsia="PMingLiU" w:hAnsi="PMingLiU" w:hint="eastAsia"/>
                <w:color w:val="AAAAAA"/>
                <w:lang w:eastAsia="zh-TW"/>
              </w:rPr>
              <w:t>沒有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A606F6" w:rsidRPr="00A606F6" w:rsidRDefault="00A606F6" w:rsidP="00A606F6">
            <w:pPr>
              <w:spacing w:before="80" w:after="80"/>
              <w:rPr>
                <w:rFonts w:ascii="맑은 고딕" w:eastAsia="맑은 고딕" w:hAnsi="맑은 고딕"/>
                <w:b/>
                <w:color w:val="1F497D"/>
                <w:lang w:eastAsia="zh-TW"/>
              </w:rPr>
            </w:pPr>
            <w:proofErr w:type="spellStart"/>
            <w:r w:rsidRPr="00A606F6">
              <w:rPr>
                <w:rFonts w:ascii="맑은 고딕" w:eastAsia="맑은 고딕" w:hAnsi="맑은 고딕" w:hint="eastAsia"/>
                <w:b/>
                <w:color w:val="1F497D"/>
              </w:rPr>
              <w:t>經辦</w:t>
            </w:r>
            <w:proofErr w:type="spellEnd"/>
            <w:r w:rsidRPr="00A606F6">
              <w:rPr>
                <w:rFonts w:ascii="맑은 고딕" w:eastAsia="맑은 고딕" w:hAnsi="맑은 고딕" w:hint="eastAsia"/>
                <w:b/>
                <w:color w:val="1F497D"/>
                <w:lang w:eastAsia="zh-TW"/>
              </w:rPr>
              <w:t>期間及</w:t>
            </w:r>
          </w:p>
          <w:p w:rsidR="00CB52B1" w:rsidRPr="00A803D2" w:rsidRDefault="00A606F6" w:rsidP="00A606F6">
            <w:pPr>
              <w:spacing w:before="80" w:after="80"/>
              <w:rPr>
                <w:lang w:eastAsia="zh-TW"/>
              </w:rPr>
            </w:pPr>
            <w:r w:rsidRPr="00A606F6">
              <w:rPr>
                <w:rFonts w:ascii="맑은 고딕" w:eastAsia="맑은 고딕" w:hAnsi="맑은 고딕" w:hint="eastAsia"/>
                <w:b/>
                <w:color w:val="1F497D"/>
                <w:lang w:eastAsia="zh-TW"/>
              </w:rPr>
              <w:t>貨量（如有）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A606F6">
            <w:pPr>
              <w:spacing w:before="60" w:after="60"/>
              <w:rPr>
                <w:lang w:eastAsia="zh-TW"/>
              </w:rPr>
            </w:pPr>
            <w:r>
              <w:rPr>
                <w:rFonts w:ascii="PMingLiU" w:eastAsia="PMingLiU" w:hAnsi="PMingLiU" w:hint="eastAsia"/>
                <w:color w:val="AAAAAA"/>
                <w:lang w:eastAsia="zh-TW"/>
              </w:rPr>
              <w:t>經辨</w:t>
            </w:r>
            <w:r w:rsidRPr="00A606F6">
              <w:rPr>
                <w:rFonts w:ascii="맑은 고딕" w:eastAsia="맑은 고딕" w:hAnsi="맑은 고딕" w:hint="eastAsia"/>
                <w:color w:val="AAAAAA"/>
                <w:lang w:eastAsia="zh-TW"/>
              </w:rPr>
              <w:t>期間</w:t>
            </w:r>
            <w:r w:rsidR="00FD3F4F" w:rsidRPr="00A803D2">
              <w:rPr>
                <w:rFonts w:ascii="맑은 고딕" w:eastAsia="맑은 고딕" w:hAnsi="맑은 고딕"/>
                <w:color w:val="AAAAAA"/>
                <w:lang w:eastAsia="zh-TW"/>
              </w:rPr>
              <w:t>:</w:t>
            </w:r>
            <w:r>
              <w:rPr>
                <w:rFonts w:ascii="맑은 고딕" w:eastAsia="맑은 고딕" w:hAnsi="맑은 고딕"/>
                <w:color w:val="AAAAAA"/>
                <w:lang w:eastAsia="zh-TW"/>
              </w:rPr>
              <w:t xml:space="preserve">       </w:t>
            </w:r>
            <w:r w:rsidR="00FD3F4F" w:rsidRPr="00A803D2">
              <w:rPr>
                <w:rFonts w:ascii="맑은 고딕" w:eastAsia="맑은 고딕" w:hAnsi="맑은 고딕"/>
                <w:color w:val="AAAAAA"/>
                <w:lang w:eastAsia="zh-TW"/>
              </w:rPr>
              <w:t xml:space="preserve"> </w:t>
            </w:r>
            <w:r>
              <w:rPr>
                <w:rFonts w:ascii="PMingLiU" w:eastAsia="PMingLiU" w:hAnsi="PMingLiU" w:hint="eastAsia"/>
                <w:color w:val="AAAAAA"/>
                <w:lang w:eastAsia="zh-TW"/>
              </w:rPr>
              <w:t>年</w:t>
            </w:r>
            <w:r w:rsidR="00FD3F4F" w:rsidRPr="00A803D2">
              <w:rPr>
                <w:rFonts w:ascii="맑은 고딕" w:eastAsia="맑은 고딕" w:hAnsi="맑은 고딕"/>
                <w:color w:val="AAAAAA"/>
                <w:lang w:eastAsia="zh-TW"/>
              </w:rPr>
              <w:t xml:space="preserve">~        </w:t>
            </w:r>
            <w:r>
              <w:rPr>
                <w:rFonts w:ascii="PMingLiU" w:eastAsia="PMingLiU" w:hAnsi="PMingLiU" w:hint="eastAsia"/>
                <w:color w:val="AAAAAA"/>
                <w:lang w:eastAsia="zh-TW"/>
              </w:rPr>
              <w:t>年</w:t>
            </w:r>
            <w:r w:rsidR="00FD3F4F" w:rsidRPr="00A803D2">
              <w:rPr>
                <w:rFonts w:ascii="맑은 고딕" w:eastAsia="맑은 고딕" w:hAnsi="맑은 고딕"/>
                <w:color w:val="AAAAAA"/>
                <w:lang w:eastAsia="zh-TW"/>
              </w:rPr>
              <w:t xml:space="preserve">  / </w:t>
            </w:r>
            <w:r w:rsidRPr="00A606F6">
              <w:rPr>
                <w:rFonts w:ascii="맑은 고딕" w:eastAsia="맑은 고딕" w:hAnsi="맑은 고딕" w:hint="eastAsia"/>
                <w:color w:val="AAAAAA"/>
                <w:lang w:eastAsia="zh-TW"/>
              </w:rPr>
              <w:t>年均貨量</w:t>
            </w:r>
            <w:r w:rsidR="00FD3F4F" w:rsidRPr="00A803D2">
              <w:rPr>
                <w:rFonts w:ascii="맑은 고딕" w:eastAsia="맑은 고딕" w:hAnsi="맑은 고딕"/>
                <w:color w:val="AAAAAA"/>
                <w:lang w:eastAsia="zh-TW"/>
              </w:rPr>
              <w:t xml:space="preserve">: </w:t>
            </w:r>
            <w:r>
              <w:rPr>
                <w:rFonts w:ascii="맑은 고딕" w:eastAsia="맑은 고딕" w:hAnsi="맑은 고딕"/>
                <w:color w:val="AAAAAA"/>
                <w:lang w:eastAsia="zh-TW"/>
              </w:rPr>
              <w:t xml:space="preserve">      </w:t>
            </w:r>
            <w:r w:rsidRPr="00A606F6">
              <w:rPr>
                <w:rFonts w:ascii="맑은 고딕" w:eastAsia="맑은 고딕" w:hAnsi="맑은 고딕" w:hint="eastAsia"/>
                <w:color w:val="AAAAAA"/>
                <w:lang w:eastAsia="zh-TW"/>
              </w:rPr>
              <w:t>噸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064C80">
            <w:pPr>
              <w:spacing w:before="80" w:after="80"/>
            </w:pPr>
            <w:proofErr w:type="spellStart"/>
            <w:r w:rsidRPr="00064C80">
              <w:rPr>
                <w:rFonts w:ascii="맑은 고딕" w:eastAsia="맑은 고딕" w:hAnsi="맑은 고딕" w:hint="eastAsia"/>
                <w:b/>
                <w:color w:val="1F497D"/>
              </w:rPr>
              <w:lastRenderedPageBreak/>
              <w:t>主要出口貿易商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064C80">
            <w:pPr>
              <w:spacing w:before="60" w:after="60"/>
            </w:pPr>
            <w:proofErr w:type="spellStart"/>
            <w:proofErr w:type="gramStart"/>
            <w:r w:rsidRPr="00064C80">
              <w:rPr>
                <w:rFonts w:ascii="맑은 고딕" w:eastAsia="맑은 고딕" w:hAnsi="맑은 고딕" w:hint="eastAsia"/>
                <w:color w:val="AAAAAA"/>
              </w:rPr>
              <w:t>企業名稱</w:t>
            </w:r>
            <w:proofErr w:type="spellEnd"/>
            <w:r w:rsidR="00FD3F4F" w:rsidRPr="00A803D2">
              <w:rPr>
                <w:rFonts w:ascii="맑은 고딕" w:eastAsia="맑은 고딕" w:hAnsi="맑은 고딕"/>
                <w:color w:val="AAAAAA"/>
              </w:rPr>
              <w:t xml:space="preserve"> :</w:t>
            </w:r>
            <w:proofErr w:type="gramEnd"/>
            <w:r w:rsidR="00FD3F4F" w:rsidRPr="00A803D2">
              <w:rPr>
                <w:rFonts w:ascii="맑은 고딕" w:eastAsia="맑은 고딕" w:hAnsi="맑은 고딕"/>
                <w:color w:val="AAAAAA"/>
              </w:rPr>
              <w:t xml:space="preserve">                                      (</w:t>
            </w:r>
            <w:proofErr w:type="spellStart"/>
            <w:r w:rsidRPr="00064C80">
              <w:rPr>
                <w:rFonts w:ascii="맑은 고딕" w:eastAsia="맑은 고딕" w:hAnsi="맑은 고딕" w:hint="eastAsia"/>
                <w:color w:val="AAAAAA"/>
              </w:rPr>
              <w:t>國家</w:t>
            </w:r>
            <w:proofErr w:type="spellEnd"/>
            <w:r w:rsidR="00FD3F4F" w:rsidRPr="00A803D2">
              <w:rPr>
                <w:rFonts w:ascii="맑은 고딕" w:eastAsia="맑은 고딕" w:hAnsi="맑은 고딕"/>
                <w:color w:val="AAAAAA"/>
              </w:rPr>
              <w:t xml:space="preserve"> :           )</w:t>
            </w:r>
          </w:p>
        </w:tc>
      </w:tr>
      <w:tr w:rsidR="00CB52B1" w:rsidRPr="00A803D2" w:rsidTr="000A1604">
        <w:trPr>
          <w:trHeight w:val="1050"/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064C80" w:rsidRDefault="00064C80">
            <w:pPr>
              <w:spacing w:before="80" w:after="80"/>
              <w:rPr>
                <w:rFonts w:ascii="맑은 고딕" w:eastAsia="PMingLiU" w:hAnsi="맑은 고딕"/>
                <w:b/>
                <w:color w:val="1F497D"/>
                <w:lang w:eastAsia="zh-TW"/>
              </w:rPr>
            </w:pPr>
            <w:r w:rsidRPr="00064C80">
              <w:rPr>
                <w:rFonts w:ascii="맑은 고딕" w:eastAsia="맑은 고딕" w:hAnsi="맑은 고딕" w:hint="eastAsia"/>
                <w:b/>
                <w:color w:val="1F497D"/>
                <w:lang w:eastAsia="zh-TW"/>
              </w:rPr>
              <w:t>其他高級水果</w:t>
            </w:r>
          </w:p>
          <w:p w:rsidR="00CB52B1" w:rsidRPr="00A803D2" w:rsidRDefault="00064C80">
            <w:pPr>
              <w:spacing w:before="80" w:after="80"/>
              <w:rPr>
                <w:lang w:eastAsia="zh-TW"/>
              </w:rPr>
            </w:pPr>
            <w:r w:rsidRPr="00064C80">
              <w:rPr>
                <w:rFonts w:ascii="맑은 고딕" w:eastAsia="맑은 고딕" w:hAnsi="맑은 고딕" w:hint="eastAsia"/>
                <w:b/>
                <w:color w:val="1F497D"/>
                <w:lang w:eastAsia="zh-TW"/>
              </w:rPr>
              <w:t>處理業績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064C80">
            <w:pPr>
              <w:spacing w:before="60" w:after="60"/>
              <w:rPr>
                <w:lang w:eastAsia="zh-TW"/>
              </w:rPr>
            </w:pPr>
            <w:r>
              <w:rPr>
                <w:rFonts w:ascii="Microsoft JhengHei" w:eastAsia="Microsoft JhengHei" w:hAnsi="Microsoft JhengHei" w:cs="Microsoft JhengHei" w:hint="eastAsia"/>
                <w:color w:val="AAAAAA"/>
                <w:lang w:eastAsia="zh-TW"/>
              </w:rPr>
              <w:t>填寫</w:t>
            </w:r>
            <w:r w:rsidRPr="00064C80">
              <w:rPr>
                <w:rFonts w:ascii="맑은 고딕" w:eastAsia="맑은 고딕" w:hAnsi="맑은 고딕" w:hint="eastAsia"/>
                <w:color w:val="AAAAAA"/>
                <w:lang w:eastAsia="zh-TW"/>
              </w:rPr>
              <w:t>品目及原</w:t>
            </w:r>
            <w:r w:rsidRPr="00064C80">
              <w:rPr>
                <w:rFonts w:ascii="Microsoft JhengHei" w:eastAsia="Microsoft JhengHei" w:hAnsi="Microsoft JhengHei" w:cs="Microsoft JhengHei" w:hint="eastAsia"/>
                <w:color w:val="AAAAAA"/>
                <w:lang w:eastAsia="zh-TW"/>
              </w:rPr>
              <w:t>產</w:t>
            </w:r>
            <w:r w:rsidRPr="00064C80">
              <w:rPr>
                <w:rFonts w:ascii="맑은 고딕" w:eastAsia="맑은 고딕" w:hAnsi="맑은 고딕" w:cs="맑은 고딕" w:hint="eastAsia"/>
                <w:color w:val="AAAAAA"/>
                <w:lang w:eastAsia="zh-TW"/>
              </w:rPr>
              <w:t>地、年貨量等</w:t>
            </w:r>
          </w:p>
          <w:p w:rsidR="00CB52B1" w:rsidRPr="00A803D2" w:rsidRDefault="00CB52B1">
            <w:pPr>
              <w:spacing w:before="40" w:after="40"/>
              <w:rPr>
                <w:lang w:eastAsia="zh-TW"/>
              </w:rPr>
            </w:pPr>
          </w:p>
          <w:p w:rsidR="00CB52B1" w:rsidRPr="00A803D2" w:rsidRDefault="00CB52B1">
            <w:pPr>
              <w:spacing w:before="40" w:after="40"/>
              <w:rPr>
                <w:lang w:eastAsia="zh-TW"/>
              </w:rPr>
            </w:pPr>
          </w:p>
        </w:tc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FD3F4F">
            <w:pPr>
              <w:spacing w:before="100" w:after="100"/>
              <w:ind w:left="170"/>
            </w:pPr>
            <w:r w:rsidRPr="00A803D2">
              <w:rPr>
                <w:rFonts w:ascii="맑은 고딕" w:eastAsia="맑은 고딕" w:hAnsi="맑은 고딕"/>
                <w:b/>
                <w:color w:val="FFFFFF"/>
              </w:rPr>
              <w:t xml:space="preserve">⑦ </w:t>
            </w:r>
            <w:proofErr w:type="spellStart"/>
            <w:r w:rsidR="00BA0DC1" w:rsidRPr="00BA0DC1">
              <w:rPr>
                <w:rFonts w:ascii="맑은 고딕" w:eastAsia="맑은 고딕" w:hAnsi="맑은 고딕" w:hint="eastAsia"/>
                <w:b/>
                <w:color w:val="FFFFFF"/>
              </w:rPr>
              <w:t>銷售計劃</w:t>
            </w:r>
            <w:proofErr w:type="spellEnd"/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BA0DC1" w:rsidRPr="00BA0DC1" w:rsidRDefault="00BA0DC1" w:rsidP="00BA0DC1">
            <w:pPr>
              <w:spacing w:before="80" w:after="80"/>
              <w:rPr>
                <w:rFonts w:ascii="맑은 고딕" w:eastAsia="맑은 고딕" w:hAnsi="맑은 고딕"/>
                <w:b/>
                <w:color w:val="1F497D"/>
                <w:lang w:eastAsia="zh-TW"/>
              </w:rPr>
            </w:pPr>
            <w:r w:rsidRPr="00BA0DC1">
              <w:rPr>
                <w:rFonts w:ascii="맑은 고딕" w:eastAsia="맑은 고딕" w:hAnsi="맑은 고딕" w:hint="eastAsia"/>
                <w:b/>
                <w:color w:val="1F497D"/>
                <w:lang w:eastAsia="zh-TW"/>
              </w:rPr>
              <w:t>交貨渠道</w:t>
            </w:r>
          </w:p>
          <w:p w:rsidR="00CB52B1" w:rsidRPr="00A803D2" w:rsidRDefault="00BA0DC1" w:rsidP="00BA0DC1">
            <w:pPr>
              <w:spacing w:before="80" w:after="80"/>
              <w:rPr>
                <w:lang w:eastAsia="zh-TW"/>
              </w:rPr>
            </w:pPr>
            <w:r w:rsidRPr="00BA0DC1">
              <w:rPr>
                <w:rFonts w:ascii="맑은 고딕" w:eastAsia="맑은 고딕" w:hAnsi="맑은 고딕" w:hint="eastAsia"/>
                <w:b/>
                <w:color w:val="1F497D"/>
                <w:lang w:eastAsia="zh-TW"/>
              </w:rPr>
              <w:t>（具體</w:t>
            </w:r>
            <w:r>
              <w:rPr>
                <w:rFonts w:ascii="Microsoft JhengHei" w:eastAsia="Microsoft JhengHei" w:hAnsi="Microsoft JhengHei" w:cs="Microsoft JhengHei" w:hint="eastAsia"/>
                <w:b/>
                <w:color w:val="1F497D"/>
                <w:lang w:eastAsia="zh-TW"/>
              </w:rPr>
              <w:t>填寫</w:t>
            </w:r>
            <w:r w:rsidRPr="00BA0DC1">
              <w:rPr>
                <w:rFonts w:ascii="맑은 고딕" w:eastAsia="맑은 고딕" w:hAnsi="맑은 고딕" w:hint="eastAsia"/>
                <w:b/>
                <w:color w:val="1F497D"/>
                <w:lang w:eastAsia="zh-TW"/>
              </w:rPr>
              <w:t>）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BA0DC1">
            <w:pPr>
              <w:spacing w:before="40" w:after="40"/>
              <w:rPr>
                <w:lang w:eastAsia="ko-KR"/>
              </w:rPr>
            </w:pPr>
            <w:r>
              <w:rPr>
                <w:rFonts w:ascii="PMingLiU" w:eastAsia="PMingLiU" w:hAnsi="PMingLiU" w:hint="eastAsia"/>
                <w:color w:val="AAAAAA"/>
                <w:lang w:eastAsia="zh-TW"/>
              </w:rPr>
              <w:t>例</w:t>
            </w:r>
            <w:r>
              <w:rPr>
                <w:rFonts w:ascii="맑은 고딕" w:eastAsia="PMingLiU" w:hAnsi="맑은 고딕" w:hint="eastAsia"/>
                <w:color w:val="AAAAAA"/>
                <w:lang w:eastAsia="zh-TW"/>
              </w:rPr>
              <w:t>)</w:t>
            </w:r>
            <w:r>
              <w:rPr>
                <w:rFonts w:ascii="맑은 고딕" w:eastAsia="PMingLiU" w:hAnsi="맑은 고딕"/>
                <w:color w:val="AAAAAA"/>
                <w:lang w:eastAsia="zh-TW"/>
              </w:rPr>
              <w:t xml:space="preserve"> </w:t>
            </w:r>
            <w:r w:rsidRPr="00BA0DC1">
              <w:rPr>
                <w:rFonts w:ascii="맑은 고딕" w:eastAsia="맑은 고딕" w:hAnsi="맑은 고딕" w:hint="eastAsia"/>
                <w:color w:val="AAAAAA"/>
                <w:lang w:eastAsia="ko-KR"/>
              </w:rPr>
              <w:t>Takashimaya 新館 B1 食品館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A803D2" w:rsidRDefault="00BA0DC1">
            <w:pPr>
              <w:spacing w:before="80" w:after="80"/>
            </w:pPr>
            <w:proofErr w:type="spellStart"/>
            <w:r w:rsidRPr="00BA0DC1">
              <w:rPr>
                <w:rFonts w:ascii="맑은 고딕" w:eastAsia="맑은 고딕" w:hAnsi="맑은 고딕" w:hint="eastAsia"/>
                <w:b/>
                <w:color w:val="1F497D"/>
              </w:rPr>
              <w:t>目標銷售單價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FD3F4F">
            <w:pPr>
              <w:spacing w:before="60" w:after="60"/>
              <w:rPr>
                <w:lang w:eastAsia="ko-KR"/>
              </w:rPr>
            </w:pP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>USD        /</w:t>
            </w:r>
            <w:r w:rsidR="00A803D2" w:rsidRPr="00A803D2">
              <w:rPr>
                <w:rFonts w:ascii="맑은 고딕" w:eastAsia="맑은 고딕" w:hAnsi="맑은 고딕"/>
                <w:color w:val="AAAAAA"/>
                <w:lang w:eastAsia="ko-KR"/>
              </w:rPr>
              <w:t>kg</w:t>
            </w:r>
            <w:r w:rsidRPr="00A803D2">
              <w:rPr>
                <w:rFonts w:ascii="맑은 고딕" w:eastAsia="맑은 고딕" w:hAnsi="맑은 고딕"/>
                <w:color w:val="AAAAAA"/>
                <w:lang w:eastAsia="ko-KR"/>
              </w:rPr>
              <w:t xml:space="preserve"> 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8D72B7" w:rsidRPr="008D72B7" w:rsidRDefault="008D72B7" w:rsidP="008D72B7">
            <w:pPr>
              <w:spacing w:before="80" w:after="80"/>
              <w:rPr>
                <w:rFonts w:ascii="맑은 고딕" w:eastAsia="맑은 고딕" w:hAnsi="맑은 고딕"/>
                <w:b/>
                <w:color w:val="1F497D"/>
              </w:rPr>
            </w:pPr>
            <w:proofErr w:type="spellStart"/>
            <w:r w:rsidRPr="008D72B7">
              <w:rPr>
                <w:rFonts w:ascii="맑은 고딕" w:eastAsia="맑은 고딕" w:hAnsi="맑은 고딕" w:hint="eastAsia"/>
                <w:b/>
                <w:color w:val="1F497D"/>
              </w:rPr>
              <w:t>銷售完畢</w:t>
            </w:r>
            <w:proofErr w:type="spellEnd"/>
          </w:p>
          <w:p w:rsidR="00CB52B1" w:rsidRPr="00A803D2" w:rsidRDefault="008D72B7" w:rsidP="008D72B7">
            <w:pPr>
              <w:spacing w:before="80" w:after="80"/>
            </w:pPr>
            <w:proofErr w:type="spellStart"/>
            <w:r w:rsidRPr="008D72B7">
              <w:rPr>
                <w:rFonts w:ascii="맑은 고딕" w:eastAsia="맑은 고딕" w:hAnsi="맑은 고딕" w:hint="eastAsia"/>
                <w:b/>
                <w:color w:val="1F497D"/>
              </w:rPr>
              <w:t>目標</w:t>
            </w:r>
            <w:proofErr w:type="spellEnd"/>
            <w:r>
              <w:rPr>
                <w:rFonts w:ascii="PMingLiU" w:eastAsia="PMingLiU" w:hAnsi="PMingLiU" w:hint="eastAsia"/>
                <w:b/>
                <w:color w:val="1F497D"/>
                <w:lang w:eastAsia="zh-TW"/>
              </w:rPr>
              <w:t>時</w:t>
            </w:r>
            <w:r w:rsidRPr="008D72B7">
              <w:rPr>
                <w:rFonts w:ascii="맑은 고딕" w:eastAsia="맑은 고딕" w:hAnsi="맑은 고딕" w:hint="eastAsia"/>
                <w:b/>
                <w:color w:val="1F497D"/>
              </w:rPr>
              <w:t>間</w:t>
            </w:r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8D72B7">
            <w:pPr>
              <w:spacing w:before="60" w:after="60"/>
              <w:rPr>
                <w:lang w:eastAsia="ko-KR"/>
              </w:rPr>
            </w:pPr>
            <w:r w:rsidRPr="008D72B7">
              <w:rPr>
                <w:rFonts w:ascii="맑은 고딕" w:eastAsia="맑은 고딕" w:hAnsi="맑은 고딕" w:hint="eastAsia"/>
                <w:color w:val="AAAAAA"/>
                <w:lang w:eastAsia="ko-KR"/>
              </w:rPr>
              <w:t>到達當地後</w:t>
            </w:r>
            <w:r>
              <w:rPr>
                <w:rFonts w:ascii="맑은 고딕" w:eastAsia="PMingLiU" w:hAnsi="맑은 고딕" w:hint="eastAsia"/>
                <w:color w:val="AAAAAA"/>
                <w:lang w:eastAsia="zh-TW"/>
              </w:rPr>
              <w:t xml:space="preserve"> </w:t>
            </w:r>
            <w:r>
              <w:rPr>
                <w:rFonts w:ascii="맑은 고딕" w:eastAsia="PMingLiU" w:hAnsi="맑은 고딕"/>
                <w:color w:val="AAAAAA"/>
                <w:lang w:eastAsia="zh-TW"/>
              </w:rPr>
              <w:t xml:space="preserve">       </w:t>
            </w:r>
            <w:r w:rsidRPr="008D72B7">
              <w:rPr>
                <w:rFonts w:ascii="맑은 고딕" w:eastAsia="맑은 고딕" w:hAnsi="맑은 고딕" w:hint="eastAsia"/>
                <w:color w:val="AAAAAA"/>
                <w:lang w:eastAsia="ko-KR"/>
              </w:rPr>
              <w:t>日內</w:t>
            </w: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CB52B1" w:rsidRPr="008D72B7" w:rsidRDefault="008D72B7" w:rsidP="008D72B7">
            <w:pPr>
              <w:spacing w:before="80" w:after="80"/>
              <w:rPr>
                <w:rFonts w:ascii="맑은 고딕" w:eastAsia="맑은 고딕" w:hAnsi="맑은 고딕"/>
                <w:b/>
                <w:color w:val="1F497D"/>
              </w:rPr>
            </w:pPr>
            <w:r>
              <w:rPr>
                <w:rFonts w:ascii="PMingLiU" w:eastAsia="PMingLiU" w:hAnsi="PMingLiU" w:hint="eastAsia"/>
                <w:b/>
                <w:color w:val="1F497D"/>
                <w:lang w:eastAsia="zh-TW"/>
              </w:rPr>
              <w:t>高級</w:t>
            </w:r>
            <w:proofErr w:type="spellStart"/>
            <w:r w:rsidRPr="008D72B7">
              <w:rPr>
                <w:rFonts w:ascii="맑은 고딕" w:eastAsia="맑은 고딕" w:hAnsi="맑은 고딕" w:hint="eastAsia"/>
                <w:b/>
                <w:color w:val="1F497D"/>
              </w:rPr>
              <w:t>營銷計劃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AC1252">
            <w:pPr>
              <w:spacing w:before="60" w:after="60"/>
              <w:rPr>
                <w:lang w:eastAsia="zh-TW"/>
              </w:rPr>
            </w:pPr>
            <w:r>
              <w:rPr>
                <w:rFonts w:ascii="Microsoft JhengHei" w:eastAsia="Microsoft JhengHei" w:hAnsi="Microsoft JhengHei" w:cs="Microsoft JhengHei" w:hint="eastAsia"/>
                <w:color w:val="AAAAAA"/>
                <w:lang w:eastAsia="zh-TW"/>
              </w:rPr>
              <w:t>填寫</w:t>
            </w:r>
            <w:r w:rsidR="008D72B7" w:rsidRPr="008D72B7">
              <w:rPr>
                <w:rFonts w:ascii="맑은 고딕" w:eastAsia="맑은 고딕" w:hAnsi="맑은 고딕" w:hint="eastAsia"/>
                <w:color w:val="AAAAAA"/>
                <w:lang w:eastAsia="zh-TW"/>
              </w:rPr>
              <w:t>上市活動、試</w:t>
            </w:r>
            <w:r>
              <w:rPr>
                <w:rFonts w:ascii="PMingLiU" w:eastAsia="PMingLiU" w:hAnsi="PMingLiU" w:hint="eastAsia"/>
                <w:color w:val="AAAAAA"/>
                <w:lang w:eastAsia="zh-TW"/>
              </w:rPr>
              <w:t>食</w:t>
            </w:r>
            <w:r w:rsidR="008D72B7" w:rsidRPr="008D72B7">
              <w:rPr>
                <w:rFonts w:ascii="맑은 고딕" w:eastAsia="맑은 고딕" w:hAnsi="맑은 고딕" w:hint="eastAsia"/>
                <w:color w:val="AAAAAA"/>
                <w:lang w:eastAsia="zh-TW"/>
              </w:rPr>
              <w:t>活動、SNS宣傳等計劃</w:t>
            </w:r>
          </w:p>
          <w:p w:rsidR="00CB52B1" w:rsidRPr="00A803D2" w:rsidRDefault="00CB52B1">
            <w:pPr>
              <w:spacing w:before="40" w:after="40"/>
              <w:rPr>
                <w:lang w:eastAsia="zh-TW"/>
              </w:rPr>
            </w:pPr>
          </w:p>
          <w:p w:rsidR="00CB52B1" w:rsidRPr="00A803D2" w:rsidRDefault="00CB52B1">
            <w:pPr>
              <w:spacing w:before="40" w:after="40"/>
              <w:rPr>
                <w:lang w:eastAsia="zh-TW"/>
              </w:rPr>
            </w:pPr>
          </w:p>
          <w:p w:rsidR="00CB52B1" w:rsidRPr="00A803D2" w:rsidRDefault="00CB52B1">
            <w:pPr>
              <w:spacing w:before="40" w:after="40"/>
              <w:rPr>
                <w:lang w:eastAsia="zh-TW"/>
              </w:rPr>
            </w:pPr>
          </w:p>
        </w:tc>
      </w:tr>
      <w:tr w:rsidR="00CB52B1" w:rsidRPr="00A803D2" w:rsidTr="00D015BD">
        <w:trPr>
          <w:jc w:val="center"/>
        </w:trPr>
        <w:tc>
          <w:tcPr>
            <w:tcW w:w="1984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EBF3FB"/>
            <w:vAlign w:val="center"/>
          </w:tcPr>
          <w:p w:rsidR="00AC1252" w:rsidRPr="00AC1252" w:rsidRDefault="00AC1252" w:rsidP="00AC1252">
            <w:pPr>
              <w:spacing w:before="80" w:after="80"/>
              <w:rPr>
                <w:rFonts w:ascii="맑은 고딕" w:eastAsia="맑은 고딕" w:hAnsi="맑은 고딕"/>
                <w:b/>
                <w:color w:val="1F497D"/>
              </w:rPr>
            </w:pPr>
            <w:proofErr w:type="spellStart"/>
            <w:r w:rsidRPr="00AC1252">
              <w:rPr>
                <w:rFonts w:ascii="맑은 고딕" w:eastAsia="맑은 고딕" w:hAnsi="맑은 고딕" w:hint="eastAsia"/>
                <w:b/>
                <w:color w:val="1F497D"/>
              </w:rPr>
              <w:t>剩餘物量</w:t>
            </w:r>
            <w:proofErr w:type="spellEnd"/>
          </w:p>
          <w:p w:rsidR="00CB52B1" w:rsidRPr="00A803D2" w:rsidRDefault="00AC1252" w:rsidP="00AC1252">
            <w:pPr>
              <w:spacing w:before="80" w:after="80"/>
            </w:pPr>
            <w:proofErr w:type="spellStart"/>
            <w:r w:rsidRPr="00AC1252">
              <w:rPr>
                <w:rFonts w:ascii="맑은 고딕" w:eastAsia="맑은 고딕" w:hAnsi="맑은 고딕" w:hint="eastAsia"/>
                <w:b/>
                <w:color w:val="1F497D"/>
              </w:rPr>
              <w:t>處理方案</w:t>
            </w:r>
            <w:proofErr w:type="spellEnd"/>
          </w:p>
        </w:tc>
        <w:tc>
          <w:tcPr>
            <w:tcW w:w="7088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  <w:vAlign w:val="center"/>
          </w:tcPr>
          <w:p w:rsidR="00CB52B1" w:rsidRPr="00A803D2" w:rsidRDefault="00AC1252">
            <w:pPr>
              <w:spacing w:before="60" w:after="60"/>
              <w:rPr>
                <w:lang w:eastAsia="ko-KR"/>
              </w:rPr>
            </w:pPr>
            <w:r>
              <w:rPr>
                <w:rFonts w:ascii="Microsoft JhengHei" w:eastAsia="Microsoft JhengHei" w:hAnsi="Microsoft JhengHei" w:cs="Microsoft JhengHei" w:hint="eastAsia"/>
                <w:color w:val="AAAAAA"/>
                <w:lang w:eastAsia="zh-TW"/>
              </w:rPr>
              <w:t>填寫</w:t>
            </w:r>
            <w:r w:rsidRPr="00AC1252">
              <w:rPr>
                <w:rFonts w:ascii="맑은 고딕" w:eastAsia="맑은 고딕" w:hAnsi="맑은 고딕" w:hint="eastAsia"/>
                <w:color w:val="AAAAAA"/>
                <w:lang w:eastAsia="ko-KR"/>
              </w:rPr>
              <w:t>折扣銷售標準、廢棄標準等</w:t>
            </w:r>
          </w:p>
          <w:p w:rsidR="00CB52B1" w:rsidRPr="00A803D2" w:rsidRDefault="00CB52B1">
            <w:pPr>
              <w:spacing w:before="40" w:after="40"/>
              <w:rPr>
                <w:lang w:eastAsia="ko-KR"/>
              </w:rPr>
            </w:pPr>
          </w:p>
        </w:tc>
      </w:tr>
      <w:tr w:rsidR="00CB52B1" w:rsidRPr="00604CC1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1F497D"/>
            <w:vAlign w:val="center"/>
          </w:tcPr>
          <w:p w:rsidR="00CB52B1" w:rsidRPr="00A803D2" w:rsidRDefault="00604CC1" w:rsidP="0091553F">
            <w:pPr>
              <w:spacing w:before="100" w:after="100"/>
              <w:ind w:left="170"/>
              <w:rPr>
                <w:lang w:eastAsia="zh-TW"/>
              </w:rPr>
            </w:pPr>
            <w:r>
              <w:rPr>
                <w:rFonts w:ascii="맑은 고딕" w:eastAsia="맑은 고딕" w:hAnsi="맑은 고딕" w:hint="eastAsia"/>
                <w:b/>
                <w:color w:val="FFFFFF"/>
                <w:lang w:eastAsia="zh-TW"/>
              </w:rPr>
              <w:t>⑧</w:t>
            </w:r>
            <w:r w:rsidRPr="00A803D2">
              <w:rPr>
                <w:rFonts w:ascii="맑은 고딕" w:eastAsia="맑은 고딕" w:hAnsi="맑은 고딕"/>
                <w:b/>
                <w:color w:val="FFFFFF"/>
                <w:lang w:eastAsia="zh-TW"/>
              </w:rPr>
              <w:t xml:space="preserve"> </w:t>
            </w:r>
            <w:r w:rsidR="001E1366" w:rsidRPr="001E1366">
              <w:rPr>
                <w:rFonts w:ascii="맑은 고딕" w:eastAsia="맑은 고딕" w:hAnsi="맑은 고딕" w:hint="eastAsia"/>
                <w:b/>
                <w:color w:val="FFFFFF"/>
                <w:lang w:eastAsia="zh-TW"/>
              </w:rPr>
              <w:t>提交文件 ※ 提交申請書時附上下列文件</w:t>
            </w:r>
          </w:p>
        </w:tc>
      </w:tr>
      <w:tr w:rsidR="00CB52B1" w:rsidRPr="00A803D2" w:rsidTr="00D015BD">
        <w:trPr>
          <w:jc w:val="center"/>
        </w:trPr>
        <w:tc>
          <w:tcPr>
            <w:tcW w:w="9072" w:type="dxa"/>
            <w:gridSpan w:val="2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/>
          </w:tcPr>
          <w:p w:rsidR="00CB52B1" w:rsidRPr="001E1366" w:rsidRDefault="00FD3F4F" w:rsidP="00D8547D">
            <w:pPr>
              <w:spacing w:before="60" w:after="40"/>
              <w:rPr>
                <w:lang w:eastAsia="zh-TW"/>
              </w:rPr>
            </w:pPr>
            <w:r w:rsidRPr="00A803D2">
              <w:rPr>
                <w:rFonts w:ascii="맑은 고딕" w:eastAsia="맑은 고딕" w:hAnsi="맑은 고딕"/>
                <w:b/>
                <w:color w:val="C00000"/>
                <w:lang w:eastAsia="zh-TW"/>
              </w:rPr>
              <w:t xml:space="preserve">□  </w:t>
            </w:r>
            <w:r w:rsidR="001E1366" w:rsidRPr="001E1366">
              <w:rPr>
                <w:rFonts w:ascii="맑은 고딕" w:eastAsia="맑은 고딕" w:hAnsi="맑은 고딕" w:hint="eastAsia"/>
                <w:b/>
                <w:color w:val="C00000"/>
                <w:lang w:eastAsia="zh-TW"/>
              </w:rPr>
              <w:t xml:space="preserve">[必須] </w:t>
            </w:r>
            <w:r w:rsidR="001E1366" w:rsidRPr="001E1366">
              <w:rPr>
                <w:rFonts w:ascii="맑은 고딕" w:eastAsia="맑은 고딕" w:hAnsi="맑은 고딕" w:hint="eastAsia"/>
                <w:b/>
                <w:lang w:eastAsia="zh-TW"/>
              </w:rPr>
              <w:t>高級流通確認書:</w:t>
            </w:r>
            <w:r w:rsidR="001E1366">
              <w:rPr>
                <w:rFonts w:ascii="맑은 고딕" w:eastAsia="맑은 고딕" w:hAnsi="맑은 고딕"/>
                <w:b/>
                <w:lang w:eastAsia="zh-TW"/>
              </w:rPr>
              <w:t xml:space="preserve"> </w:t>
            </w:r>
            <w:r w:rsidR="001E1366" w:rsidRPr="001E1366">
              <w:rPr>
                <w:rFonts w:ascii="맑은 고딕" w:eastAsia="맑은 고딕" w:hAnsi="맑은 고딕" w:hint="eastAsia"/>
                <w:lang w:eastAsia="zh-TW"/>
              </w:rPr>
              <w:t>百貨店、高級食品館入駐合同書或確認書（可</w:t>
            </w:r>
            <w:r w:rsidR="001E1366">
              <w:rPr>
                <w:rFonts w:ascii="PMingLiU" w:eastAsia="PMingLiU" w:hAnsi="PMingLiU" w:hint="eastAsia"/>
                <w:lang w:eastAsia="zh-TW"/>
              </w:rPr>
              <w:t>提交副本</w:t>
            </w:r>
            <w:r w:rsidR="001E1366" w:rsidRPr="001E1366">
              <w:rPr>
                <w:rFonts w:ascii="맑은 고딕" w:eastAsia="맑은 고딕" w:hAnsi="맑은 고딕" w:hint="eastAsia"/>
                <w:lang w:eastAsia="zh-TW"/>
              </w:rPr>
              <w:t>）</w:t>
            </w:r>
          </w:p>
          <w:p w:rsidR="00CB52B1" w:rsidRPr="001E1366" w:rsidRDefault="00FD3F4F" w:rsidP="00D8547D">
            <w:pPr>
              <w:spacing w:before="60" w:after="40"/>
              <w:rPr>
                <w:lang w:eastAsia="zh-TW"/>
              </w:rPr>
            </w:pPr>
            <w:r w:rsidRPr="00A803D2">
              <w:rPr>
                <w:rFonts w:ascii="맑은 고딕" w:eastAsia="맑은 고딕" w:hAnsi="맑은 고딕"/>
                <w:b/>
                <w:color w:val="C00000"/>
                <w:lang w:eastAsia="zh-TW"/>
              </w:rPr>
              <w:t xml:space="preserve">□  </w:t>
            </w:r>
            <w:r w:rsidR="001E1366" w:rsidRPr="001E1366">
              <w:rPr>
                <w:rFonts w:ascii="맑은 고딕" w:eastAsia="맑은 고딕" w:hAnsi="맑은 고딕" w:hint="eastAsia"/>
                <w:b/>
                <w:color w:val="C00000"/>
                <w:lang w:eastAsia="zh-TW"/>
              </w:rPr>
              <w:t xml:space="preserve">[必須] </w:t>
            </w:r>
            <w:r w:rsidR="001E1366" w:rsidRPr="001E1366">
              <w:rPr>
                <w:rFonts w:ascii="맑은 고딕" w:eastAsia="맑은 고딕" w:hAnsi="맑은 고딕" w:hint="eastAsia"/>
                <w:b/>
                <w:lang w:eastAsia="zh-TW"/>
              </w:rPr>
              <w:t>冷藏庫規格書</w:t>
            </w:r>
            <w:r w:rsidR="001E1366" w:rsidRPr="001E1366">
              <w:rPr>
                <w:rFonts w:ascii="맑은 고딕" w:eastAsia="맑은 고딕" w:hAnsi="맑은 고딕"/>
                <w:b/>
                <w:lang w:eastAsia="zh-TW"/>
              </w:rPr>
              <w:t>:</w:t>
            </w:r>
            <w:r w:rsidR="001E1366">
              <w:rPr>
                <w:rFonts w:ascii="맑은 고딕" w:eastAsia="맑은 고딕" w:hAnsi="맑은 고딕"/>
                <w:b/>
                <w:lang w:eastAsia="zh-TW"/>
              </w:rPr>
              <w:t xml:space="preserve"> </w:t>
            </w:r>
            <w:r w:rsidR="001E1366" w:rsidRPr="001E1366">
              <w:rPr>
                <w:rFonts w:ascii="맑은 고딕" w:eastAsia="맑은 고딕" w:hAnsi="맑은 고딕" w:hint="eastAsia"/>
                <w:lang w:eastAsia="zh-TW"/>
              </w:rPr>
              <w:t>設施照片、保存溫度範圍、溫度記錄裝置現狀</w:t>
            </w:r>
          </w:p>
          <w:p w:rsidR="001E1366" w:rsidRDefault="00FD3F4F" w:rsidP="00D8547D">
            <w:pPr>
              <w:spacing w:before="60" w:after="40"/>
              <w:rPr>
                <w:rFonts w:ascii="맑은 고딕" w:eastAsia="맑은 고딕" w:hAnsi="맑은 고딕"/>
                <w:b/>
                <w:color w:val="C00000"/>
                <w:lang w:eastAsia="zh-TW"/>
              </w:rPr>
            </w:pPr>
            <w:r w:rsidRPr="00A803D2">
              <w:rPr>
                <w:rFonts w:ascii="맑은 고딕" w:eastAsia="맑은 고딕" w:hAnsi="맑은 고딕"/>
                <w:b/>
                <w:color w:val="C00000"/>
                <w:lang w:eastAsia="zh-TW"/>
              </w:rPr>
              <w:t xml:space="preserve">□  </w:t>
            </w:r>
            <w:r w:rsidR="001E1366" w:rsidRPr="001E1366">
              <w:rPr>
                <w:rFonts w:ascii="맑은 고딕" w:eastAsia="맑은 고딕" w:hAnsi="맑은 고딕" w:hint="eastAsia"/>
                <w:b/>
                <w:color w:val="C00000"/>
                <w:lang w:eastAsia="zh-TW"/>
              </w:rPr>
              <w:t xml:space="preserve">[必須] </w:t>
            </w:r>
            <w:r w:rsidR="001E1366" w:rsidRPr="001E1366">
              <w:rPr>
                <w:rFonts w:ascii="맑은 고딕" w:eastAsia="맑은 고딕" w:hAnsi="맑은 고딕" w:hint="eastAsia"/>
                <w:b/>
                <w:lang w:eastAsia="zh-TW"/>
              </w:rPr>
              <w:t>高級銷售計劃書:</w:t>
            </w:r>
            <w:r w:rsidR="001E1366">
              <w:rPr>
                <w:rFonts w:ascii="맑은 고딕" w:eastAsia="맑은 고딕" w:hAnsi="맑은 고딕"/>
                <w:b/>
                <w:lang w:eastAsia="zh-TW"/>
              </w:rPr>
              <w:t xml:space="preserve"> </w:t>
            </w:r>
            <w:r w:rsidR="001E1366" w:rsidRPr="001E1366">
              <w:rPr>
                <w:rFonts w:ascii="맑은 고딕" w:eastAsia="맑은 고딕" w:hAnsi="맑은 고딕" w:hint="eastAsia"/>
                <w:lang w:eastAsia="zh-TW"/>
              </w:rPr>
              <w:t>經銷貨量銷售計劃、庫存處理方案</w:t>
            </w:r>
          </w:p>
          <w:p w:rsidR="001E1366" w:rsidRPr="001E1366" w:rsidRDefault="00FD3F4F" w:rsidP="00D8547D">
            <w:pPr>
              <w:spacing w:before="60" w:after="40"/>
              <w:rPr>
                <w:rFonts w:ascii="맑은 고딕" w:eastAsia="맑은 고딕" w:hAnsi="맑은 고딕"/>
                <w:color w:val="C00000"/>
                <w:lang w:eastAsia="zh-TW"/>
              </w:rPr>
            </w:pPr>
            <w:r w:rsidRPr="00A803D2">
              <w:rPr>
                <w:rFonts w:ascii="맑은 고딕" w:eastAsia="맑은 고딕" w:hAnsi="맑은 고딕"/>
                <w:b/>
                <w:color w:val="C00000"/>
                <w:lang w:eastAsia="zh-TW"/>
              </w:rPr>
              <w:t xml:space="preserve">□  </w:t>
            </w:r>
            <w:r w:rsidR="001E1366" w:rsidRPr="001E1366">
              <w:rPr>
                <w:rFonts w:ascii="맑은 고딕" w:eastAsia="맑은 고딕" w:hAnsi="맑은 고딕" w:hint="eastAsia"/>
                <w:b/>
                <w:color w:val="C00000"/>
                <w:lang w:eastAsia="zh-TW"/>
              </w:rPr>
              <w:t>[必須]</w:t>
            </w:r>
            <w:r w:rsidR="001E1366">
              <w:rPr>
                <w:rFonts w:ascii="맑은 고딕" w:eastAsia="맑은 고딕" w:hAnsi="맑은 고딕"/>
                <w:b/>
                <w:color w:val="C00000"/>
                <w:lang w:eastAsia="zh-TW"/>
              </w:rPr>
              <w:t xml:space="preserve"> </w:t>
            </w:r>
            <w:r w:rsidR="001E1366" w:rsidRPr="001E1366">
              <w:rPr>
                <w:rFonts w:ascii="맑은 고딕" w:eastAsia="맑은 고딕" w:hAnsi="맑은 고딕" w:hint="eastAsia"/>
                <w:b/>
                <w:lang w:eastAsia="zh-TW"/>
              </w:rPr>
              <w:t>營業執照:</w:t>
            </w:r>
            <w:r w:rsidR="001E1366">
              <w:rPr>
                <w:rFonts w:ascii="맑은 고딕" w:eastAsia="맑은 고딕" w:hAnsi="맑은 고딕"/>
                <w:b/>
                <w:lang w:eastAsia="zh-TW"/>
              </w:rPr>
              <w:t xml:space="preserve"> </w:t>
            </w:r>
            <w:r w:rsidR="001E1366" w:rsidRPr="001E1366">
              <w:rPr>
                <w:rFonts w:ascii="맑은 고딕" w:eastAsia="맑은 고딕" w:hAnsi="맑은 고딕" w:hint="eastAsia"/>
                <w:lang w:eastAsia="zh-TW"/>
              </w:rPr>
              <w:t>當地營業執照證明文件（可</w:t>
            </w:r>
            <w:r w:rsidR="001E1366">
              <w:rPr>
                <w:rFonts w:ascii="PMingLiU" w:eastAsia="PMingLiU" w:hAnsi="PMingLiU" w:hint="eastAsia"/>
                <w:lang w:eastAsia="zh-TW"/>
              </w:rPr>
              <w:t>提交副本</w:t>
            </w:r>
            <w:r w:rsidR="001E1366" w:rsidRPr="001E1366">
              <w:rPr>
                <w:rFonts w:ascii="맑은 고딕" w:eastAsia="맑은 고딕" w:hAnsi="맑은 고딕" w:hint="eastAsia"/>
                <w:lang w:eastAsia="zh-TW"/>
              </w:rPr>
              <w:t>）</w:t>
            </w:r>
          </w:p>
          <w:p w:rsidR="00CB52B1" w:rsidRPr="00A803D2" w:rsidRDefault="00FD3F4F" w:rsidP="00D8547D">
            <w:pPr>
              <w:spacing w:before="60" w:after="40"/>
              <w:rPr>
                <w:rFonts w:eastAsia="맑은 고딕"/>
                <w:lang w:eastAsia="zh-TW"/>
              </w:rPr>
            </w:pPr>
            <w:r w:rsidRPr="00D8547D">
              <w:rPr>
                <w:rFonts w:ascii="맑은 고딕" w:eastAsia="맑은 고딕" w:hAnsi="맑은 고딕"/>
                <w:b/>
                <w:color w:val="4F81BD" w:themeColor="accent1"/>
                <w:lang w:eastAsia="zh-TW"/>
              </w:rPr>
              <w:t xml:space="preserve">□ </w:t>
            </w:r>
            <w:r w:rsidR="001E1366" w:rsidRPr="001E1366">
              <w:rPr>
                <w:rFonts w:ascii="맑은 고딕" w:eastAsia="맑은 고딕" w:hAnsi="맑은 고딕"/>
                <w:b/>
                <w:color w:val="4F81BD" w:themeColor="accent1"/>
                <w:lang w:eastAsia="zh-TW"/>
              </w:rPr>
              <w:t xml:space="preserve"> [</w:t>
            </w:r>
            <w:r w:rsidR="001E1366" w:rsidRPr="001E1366">
              <w:rPr>
                <w:rFonts w:ascii="맑은 고딕" w:eastAsia="맑은 고딕" w:hAnsi="맑은 고딕" w:hint="eastAsia"/>
                <w:b/>
                <w:color w:val="4F81BD" w:themeColor="accent1"/>
                <w:lang w:eastAsia="zh-TW"/>
              </w:rPr>
              <w:t>選擇</w:t>
            </w:r>
            <w:r w:rsidR="001E1366" w:rsidRPr="001E1366">
              <w:rPr>
                <w:rFonts w:ascii="맑은 고딕" w:eastAsia="맑은 고딕" w:hAnsi="맑은 고딕"/>
                <w:b/>
                <w:color w:val="4F81BD" w:themeColor="accent1"/>
                <w:lang w:eastAsia="zh-TW"/>
              </w:rPr>
              <w:t xml:space="preserve">] </w:t>
            </w:r>
            <w:r w:rsidR="001E1366" w:rsidRPr="001E1366">
              <w:rPr>
                <w:rFonts w:ascii="맑은 고딕" w:eastAsia="맑은 고딕" w:hAnsi="맑은 고딕" w:hint="eastAsia"/>
                <w:b/>
                <w:lang w:eastAsia="zh-TW"/>
              </w:rPr>
              <w:t>銷售業績憑證</w:t>
            </w:r>
            <w:r w:rsidR="001E1366" w:rsidRPr="001E1366">
              <w:rPr>
                <w:rFonts w:ascii="맑은 고딕" w:eastAsia="맑은 고딕" w:hAnsi="맑은 고딕"/>
                <w:b/>
                <w:lang w:eastAsia="zh-TW"/>
              </w:rPr>
              <w:t>:</w:t>
            </w:r>
            <w:r w:rsidR="001E1366">
              <w:rPr>
                <w:rFonts w:ascii="맑은 고딕" w:eastAsia="맑은 고딕" w:hAnsi="맑은 고딕"/>
                <w:b/>
                <w:lang w:eastAsia="zh-TW"/>
              </w:rPr>
              <w:t xml:space="preserve"> </w:t>
            </w:r>
            <w:r w:rsidR="001E1366" w:rsidRPr="001E1366">
              <w:rPr>
                <w:rFonts w:ascii="맑은 고딕" w:eastAsia="맑은 고딕" w:hAnsi="맑은 고딕" w:hint="eastAsia"/>
                <w:lang w:eastAsia="zh-TW"/>
              </w:rPr>
              <w:t>韓國</w:t>
            </w:r>
            <w:r w:rsidR="001E1366" w:rsidRPr="001E1366">
              <w:rPr>
                <w:rFonts w:ascii="Microsoft JhengHei" w:eastAsia="Microsoft JhengHei" w:hAnsi="Microsoft JhengHei" w:cs="Microsoft JhengHei" w:hint="eastAsia"/>
                <w:lang w:eastAsia="zh-TW"/>
              </w:rPr>
              <w:t>產</w:t>
            </w:r>
            <w:r w:rsidR="001E1366" w:rsidRPr="001E1366">
              <w:rPr>
                <w:rFonts w:ascii="맑은 고딕" w:eastAsia="맑은 고딕" w:hAnsi="맑은 고딕" w:cs="맑은 고딕" w:hint="eastAsia"/>
                <w:lang w:eastAsia="zh-TW"/>
              </w:rPr>
              <w:t>草莓銷售業績資料（僅限擁有業績時）</w:t>
            </w:r>
            <w:r w:rsidR="00606946" w:rsidRPr="001E1366">
              <w:rPr>
                <w:rFonts w:ascii="맑은 고딕" w:eastAsia="맑은 고딕" w:hAnsi="맑은 고딕"/>
                <w:b/>
                <w:lang w:eastAsia="zh-TW"/>
              </w:rPr>
              <w:t xml:space="preserve"> </w:t>
            </w:r>
          </w:p>
        </w:tc>
      </w:tr>
    </w:tbl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2265"/>
        <w:gridCol w:w="2267"/>
      </w:tblGrid>
      <w:tr w:rsidR="00CB52B1" w:rsidRPr="00A803D2">
        <w:trPr>
          <w:jc w:val="center"/>
        </w:trPr>
        <w:tc>
          <w:tcPr>
            <w:tcW w:w="4535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:rsidR="00266BA3" w:rsidRPr="00266BA3" w:rsidRDefault="00266BA3" w:rsidP="00266BA3">
            <w:pPr>
              <w:spacing w:before="160" w:after="160"/>
              <w:jc w:val="center"/>
              <w:rPr>
                <w:rFonts w:ascii="맑은 고딕" w:eastAsia="맑은 고딕" w:hAnsi="맑은 고딕"/>
                <w:color w:val="333333"/>
                <w:lang w:eastAsia="zh-TW"/>
              </w:rPr>
            </w:pPr>
            <w:r w:rsidRPr="00266BA3">
              <w:rPr>
                <w:rFonts w:ascii="맑은 고딕" w:eastAsia="맑은 고딕" w:hAnsi="맑은 고딕" w:hint="eastAsia"/>
                <w:color w:val="333333"/>
                <w:lang w:eastAsia="zh-TW"/>
              </w:rPr>
              <w:t>確認內容與事實並無出入，</w:t>
            </w:r>
          </w:p>
          <w:p w:rsidR="00CB52B1" w:rsidRPr="00A803D2" w:rsidRDefault="00266BA3" w:rsidP="00266BA3">
            <w:pPr>
              <w:spacing w:before="160" w:after="160"/>
              <w:jc w:val="center"/>
              <w:rPr>
                <w:lang w:eastAsia="zh-TW"/>
              </w:rPr>
            </w:pPr>
            <w:r w:rsidRPr="00266BA3">
              <w:rPr>
                <w:rFonts w:ascii="맑은 고딕" w:eastAsia="맑은 고딕" w:hAnsi="맑은 고딕" w:hint="eastAsia"/>
                <w:color w:val="333333"/>
                <w:lang w:eastAsia="zh-TW"/>
              </w:rPr>
              <w:t>同意並申請本項目的約定事項。</w:t>
            </w:r>
          </w:p>
        </w:tc>
        <w:tc>
          <w:tcPr>
            <w:tcW w:w="22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:rsidR="00CB52B1" w:rsidRPr="00A803D2" w:rsidRDefault="00266BA3">
            <w:pPr>
              <w:spacing w:before="160" w:after="160"/>
              <w:jc w:val="center"/>
            </w:pPr>
            <w:proofErr w:type="spellStart"/>
            <w:r w:rsidRPr="00266BA3">
              <w:rPr>
                <w:rFonts w:ascii="맑은 고딕" w:eastAsia="맑은 고딕" w:hAnsi="맑은 고딕" w:hint="eastAsia"/>
              </w:rPr>
              <w:t>簽名</w:t>
            </w:r>
            <w:proofErr w:type="spellEnd"/>
            <w:r w:rsidRPr="00266BA3">
              <w:rPr>
                <w:rFonts w:ascii="맑은 고딕" w:eastAsia="맑은 고딕" w:hAnsi="맑은 고딕" w:hint="eastAsia"/>
              </w:rPr>
              <w:t>/</w:t>
            </w:r>
            <w:proofErr w:type="spellStart"/>
            <w:r w:rsidRPr="00266BA3">
              <w:rPr>
                <w:rFonts w:ascii="맑은 고딕" w:eastAsia="맑은 고딕" w:hAnsi="맑은 고딕" w:hint="eastAsia"/>
              </w:rPr>
              <w:t>蓋章</w:t>
            </w:r>
            <w:proofErr w:type="spellEnd"/>
            <w:r w:rsidR="00FD3F4F" w:rsidRPr="00A803D2">
              <w:rPr>
                <w:rFonts w:ascii="맑은 고딕" w:eastAsia="맑은 고딕" w:hAnsi="맑은 고딕"/>
              </w:rPr>
              <w:br/>
            </w:r>
            <w:r w:rsidR="00FD3F4F" w:rsidRPr="00A803D2">
              <w:rPr>
                <w:rFonts w:ascii="맑은 고딕" w:eastAsia="맑은 고딕" w:hAnsi="맑은 고딕"/>
              </w:rPr>
              <w:br/>
            </w:r>
          </w:p>
        </w:tc>
        <w:tc>
          <w:tcPr>
            <w:tcW w:w="2268" w:type="dxa"/>
            <w:tcBorders>
              <w:top w:val="single" w:sz="4" w:space="0" w:color="AAAAAA"/>
              <w:left w:val="single" w:sz="4" w:space="0" w:color="AAAAAA"/>
              <w:bottom w:val="single" w:sz="4" w:space="0" w:color="AAAAAA"/>
              <w:right w:val="single" w:sz="4" w:space="0" w:color="AAAAAA"/>
            </w:tcBorders>
            <w:shd w:val="clear" w:color="auto" w:fill="FFFFFF"/>
            <w:vAlign w:val="center"/>
          </w:tcPr>
          <w:p w:rsidR="00CB52B1" w:rsidRPr="00A803D2" w:rsidRDefault="00266BA3">
            <w:pPr>
              <w:spacing w:before="160" w:after="160"/>
              <w:jc w:val="center"/>
            </w:pPr>
            <w:proofErr w:type="spellStart"/>
            <w:r w:rsidRPr="00266BA3">
              <w:rPr>
                <w:rFonts w:ascii="맑은 고딕" w:eastAsia="맑은 고딕" w:hAnsi="맑은 고딕" w:hint="eastAsia"/>
              </w:rPr>
              <w:t>提交日期</w:t>
            </w:r>
            <w:proofErr w:type="spellEnd"/>
            <w:r w:rsidR="00FD3F4F" w:rsidRPr="00A803D2">
              <w:rPr>
                <w:rFonts w:ascii="맑은 고딕" w:eastAsia="맑은 고딕" w:hAnsi="맑은 고딕"/>
              </w:rPr>
              <w:br/>
            </w:r>
            <w:r w:rsidR="00FD3F4F" w:rsidRPr="00A803D2">
              <w:rPr>
                <w:rFonts w:ascii="맑은 고딕" w:eastAsia="맑은 고딕" w:hAnsi="맑은 고딕"/>
              </w:rPr>
              <w:br/>
              <w:t xml:space="preserve">2026.   </w:t>
            </w:r>
            <w:proofErr w:type="gramStart"/>
            <w:r w:rsidR="00FD3F4F" w:rsidRPr="00A803D2">
              <w:rPr>
                <w:rFonts w:ascii="맑은 고딕" w:eastAsia="맑은 고딕" w:hAnsi="맑은 고딕"/>
              </w:rPr>
              <w:t xml:space="preserve">  .</w:t>
            </w:r>
            <w:proofErr w:type="gramEnd"/>
            <w:r w:rsidR="00FD3F4F" w:rsidRPr="00A803D2">
              <w:rPr>
                <w:rFonts w:ascii="맑은 고딕" w:eastAsia="맑은 고딕" w:hAnsi="맑은 고딕"/>
              </w:rPr>
              <w:t xml:space="preserve">     .</w:t>
            </w:r>
          </w:p>
        </w:tc>
      </w:tr>
    </w:tbl>
    <w:p w:rsidR="00266BA3" w:rsidRPr="00266BA3" w:rsidRDefault="00266BA3" w:rsidP="00266BA3">
      <w:pPr>
        <w:spacing w:before="40" w:after="40"/>
        <w:jc w:val="center"/>
        <w:rPr>
          <w:rFonts w:ascii="맑은 고딕" w:eastAsia="맑은 고딕" w:hAnsi="맑은 고딕"/>
          <w:color w:val="808080"/>
          <w:lang w:eastAsia="zh-TW"/>
        </w:rPr>
      </w:pPr>
      <w:r w:rsidRPr="00266BA3">
        <w:rPr>
          <w:rFonts w:ascii="맑은 고딕" w:eastAsia="맑은 고딕" w:hAnsi="맑은 고딕" w:hint="eastAsia"/>
          <w:color w:val="808080"/>
          <w:lang w:eastAsia="zh-TW"/>
        </w:rPr>
        <w:t>※ 本申請書中記載的個人信息僅用於選定買家，</w:t>
      </w:r>
    </w:p>
    <w:p w:rsidR="00CB52B1" w:rsidRPr="00266BA3" w:rsidRDefault="00266BA3" w:rsidP="00266BA3">
      <w:pPr>
        <w:spacing w:before="40" w:after="40"/>
        <w:ind w:left="220" w:hangingChars="100" w:hanging="220"/>
        <w:jc w:val="center"/>
        <w:rPr>
          <w:rFonts w:eastAsia="PMingLiU"/>
          <w:lang w:eastAsia="zh-TW"/>
        </w:rPr>
      </w:pPr>
      <w:r w:rsidRPr="00266BA3">
        <w:rPr>
          <w:rFonts w:ascii="맑은 고딕" w:eastAsia="맑은 고딕" w:hAnsi="맑은 고딕" w:hint="eastAsia"/>
          <w:color w:val="808080"/>
          <w:lang w:eastAsia="zh-TW"/>
        </w:rPr>
        <w:t>選定完成後會進行安全管理</w:t>
      </w:r>
    </w:p>
    <w:sectPr w:rsidR="00CB52B1" w:rsidRPr="00266BA3" w:rsidSect="00034616">
      <w:pgSz w:w="11906" w:h="16838"/>
      <w:pgMar w:top="1247" w:right="1417" w:bottom="124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2174" w:rsidRDefault="000F2174" w:rsidP="00956BA7">
      <w:pPr>
        <w:spacing w:after="0" w:line="240" w:lineRule="auto"/>
      </w:pPr>
      <w:r>
        <w:separator/>
      </w:r>
    </w:p>
  </w:endnote>
  <w:endnote w:type="continuationSeparator" w:id="0">
    <w:p w:rsidR="000F2174" w:rsidRDefault="000F2174" w:rsidP="00956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2174" w:rsidRDefault="000F2174" w:rsidP="00956BA7">
      <w:pPr>
        <w:spacing w:after="0" w:line="240" w:lineRule="auto"/>
      </w:pPr>
      <w:r>
        <w:separator/>
      </w:r>
    </w:p>
  </w:footnote>
  <w:footnote w:type="continuationSeparator" w:id="0">
    <w:p w:rsidR="000F2174" w:rsidRDefault="000F2174" w:rsidP="00956B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4C80"/>
    <w:rsid w:val="000825F4"/>
    <w:rsid w:val="000A1604"/>
    <w:rsid w:val="000E619F"/>
    <w:rsid w:val="000F2174"/>
    <w:rsid w:val="00145C4F"/>
    <w:rsid w:val="0015074B"/>
    <w:rsid w:val="001E1366"/>
    <w:rsid w:val="00202C37"/>
    <w:rsid w:val="00266BA3"/>
    <w:rsid w:val="0029639D"/>
    <w:rsid w:val="00326F90"/>
    <w:rsid w:val="00430E77"/>
    <w:rsid w:val="004A6011"/>
    <w:rsid w:val="00556962"/>
    <w:rsid w:val="0059370F"/>
    <w:rsid w:val="00604CC1"/>
    <w:rsid w:val="00606946"/>
    <w:rsid w:val="00657107"/>
    <w:rsid w:val="006F32C7"/>
    <w:rsid w:val="0070294F"/>
    <w:rsid w:val="00767888"/>
    <w:rsid w:val="007755CA"/>
    <w:rsid w:val="008D72B7"/>
    <w:rsid w:val="008E3AF1"/>
    <w:rsid w:val="0091553F"/>
    <w:rsid w:val="009277C8"/>
    <w:rsid w:val="00956BA7"/>
    <w:rsid w:val="00A606F6"/>
    <w:rsid w:val="00A803D2"/>
    <w:rsid w:val="00AA1D8D"/>
    <w:rsid w:val="00AC1252"/>
    <w:rsid w:val="00B47730"/>
    <w:rsid w:val="00B8125B"/>
    <w:rsid w:val="00BA0DC1"/>
    <w:rsid w:val="00C32A91"/>
    <w:rsid w:val="00C6467F"/>
    <w:rsid w:val="00C73B26"/>
    <w:rsid w:val="00CB0664"/>
    <w:rsid w:val="00CB52B1"/>
    <w:rsid w:val="00D015BD"/>
    <w:rsid w:val="00D2302A"/>
    <w:rsid w:val="00D8547D"/>
    <w:rsid w:val="00E22130"/>
    <w:rsid w:val="00F40692"/>
    <w:rsid w:val="00F84CE6"/>
    <w:rsid w:val="00FC693F"/>
    <w:rsid w:val="00FD3F4F"/>
    <w:rsid w:val="00FD4AB9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  <w15:docId w15:val="{95119B33-B9F5-4035-86BD-B6466F859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제목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제목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제목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제목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부제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본문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본문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본문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인용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제목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제목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제목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제목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제목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제목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강한 인용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0FE287A-DDBF-43E6-B5AB-09C15E0EE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223</Words>
  <Characters>1273</Characters>
  <Application>Microsoft Office Word</Application>
  <DocSecurity>0</DocSecurity>
  <Lines>10</Lines>
  <Paragraphs>2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김성철KIM SONG-CHOL</cp:lastModifiedBy>
  <cp:revision>2</cp:revision>
  <dcterms:created xsi:type="dcterms:W3CDTF">2026-07-03T03:22:00Z</dcterms:created>
  <dcterms:modified xsi:type="dcterms:W3CDTF">2026-07-03T03:22:00Z</dcterms:modified>
  <cp:category/>
</cp:coreProperties>
</file>