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2B1" w:rsidRDefault="00FD3F4F">
      <w:pPr>
        <w:spacing w:after="80"/>
        <w:jc w:val="center"/>
        <w:rPr>
          <w:lang w:eastAsia="ko-KR"/>
        </w:rPr>
      </w:pPr>
      <w:r>
        <w:rPr>
          <w:rFonts w:ascii="맑은 고딕" w:eastAsia="맑은 고딕" w:hAnsi="맑은 고딕"/>
          <w:color w:val="808080"/>
          <w:lang w:eastAsia="ko-KR"/>
        </w:rPr>
        <w:t>고숙도 프리미엄 딸기 시범수출 사업</w:t>
      </w:r>
    </w:p>
    <w:p w:rsidR="00CB52B1" w:rsidRDefault="00FD3F4F">
      <w:pPr>
        <w:pBdr>
          <w:bottom w:val="single" w:sz="8" w:space="1" w:color="1F497D"/>
        </w:pBdr>
        <w:spacing w:after="80"/>
        <w:jc w:val="center"/>
      </w:pPr>
      <w:proofErr w:type="spellStart"/>
      <w:r>
        <w:rPr>
          <w:rFonts w:ascii="맑은 고딕" w:eastAsia="맑은 고딕" w:hAnsi="맑은 고딕"/>
          <w:b/>
          <w:color w:val="1F497D"/>
          <w:sz w:val="44"/>
        </w:rPr>
        <w:t>바이어</w:t>
      </w:r>
      <w:proofErr w:type="spellEnd"/>
      <w:r>
        <w:rPr>
          <w:rFonts w:ascii="맑은 고딕" w:eastAsia="맑은 고딕" w:hAnsi="맑은 고딕"/>
          <w:b/>
          <w:color w:val="1F497D"/>
          <w:sz w:val="44"/>
        </w:rPr>
        <w:t xml:space="preserve"> </w:t>
      </w:r>
      <w:proofErr w:type="spellStart"/>
      <w:r>
        <w:rPr>
          <w:rFonts w:ascii="맑은 고딕" w:eastAsia="맑은 고딕" w:hAnsi="맑은 고딕"/>
          <w:b/>
          <w:color w:val="1F497D"/>
          <w:sz w:val="44"/>
        </w:rPr>
        <w:t>참가</w:t>
      </w:r>
      <w:proofErr w:type="spellEnd"/>
      <w:r>
        <w:rPr>
          <w:rFonts w:ascii="맑은 고딕" w:eastAsia="맑은 고딕" w:hAnsi="맑은 고딕"/>
          <w:b/>
          <w:color w:val="1F497D"/>
          <w:sz w:val="44"/>
        </w:rPr>
        <w:t xml:space="preserve"> </w:t>
      </w:r>
      <w:proofErr w:type="spellStart"/>
      <w:r>
        <w:rPr>
          <w:rFonts w:ascii="맑은 고딕" w:eastAsia="맑은 고딕" w:hAnsi="맑은 고딕"/>
          <w:b/>
          <w:color w:val="1F497D"/>
          <w:sz w:val="44"/>
        </w:rPr>
        <w:t>신청서</w:t>
      </w:r>
      <w:proofErr w:type="spellEnd"/>
    </w:p>
    <w:p w:rsidR="00CB52B1" w:rsidRDefault="00FD3F4F">
      <w:pPr>
        <w:spacing w:before="40" w:after="40"/>
        <w:jc w:val="center"/>
      </w:pPr>
      <w:r>
        <w:rPr>
          <w:rFonts w:ascii="맑은 고딕" w:eastAsia="맑은 고딕" w:hAnsi="맑은 고딕"/>
          <w:color w:val="2E74B5"/>
        </w:rPr>
        <w:t>Buyer Participation Application Form</w:t>
      </w:r>
    </w:p>
    <w:p w:rsidR="00CB52B1" w:rsidRDefault="00CB52B1">
      <w:pPr>
        <w:spacing w:before="40"/>
        <w:jc w:val="center"/>
        <w:rPr>
          <w:lang w:eastAsia="ko-K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CB52B1" w:rsidRPr="00A803D2">
        <w:trPr>
          <w:jc w:val="center"/>
        </w:trPr>
        <w:tc>
          <w:tcPr>
            <w:tcW w:w="9071" w:type="dxa"/>
            <w:tcBorders>
              <w:top w:val="single" w:sz="4" w:space="0" w:color="C45A00"/>
              <w:left w:val="single" w:sz="4" w:space="0" w:color="C45A00"/>
              <w:bottom w:val="single" w:sz="4" w:space="0" w:color="C45A00"/>
              <w:right w:val="single" w:sz="4" w:space="0" w:color="C45A00"/>
            </w:tcBorders>
            <w:shd w:val="clear" w:color="auto" w:fill="FFF8EC"/>
            <w:vAlign w:val="center"/>
          </w:tcPr>
          <w:p w:rsidR="00D015BD" w:rsidRPr="00A803D2" w:rsidRDefault="00FD3F4F">
            <w:pPr>
              <w:spacing w:before="60" w:after="60"/>
              <w:ind w:left="170"/>
              <w:rPr>
                <w:rFonts w:ascii="맑은 고딕" w:eastAsia="맑은 고딕" w:hAnsi="맑은 고딕"/>
                <w:color w:val="804000"/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804000"/>
                <w:lang w:eastAsia="ko-KR"/>
              </w:rPr>
              <w:t xml:space="preserve">▪ </w:t>
            </w:r>
            <w:proofErr w:type="spellStart"/>
            <w:r w:rsidRPr="00A803D2">
              <w:rPr>
                <w:rFonts w:ascii="맑은 고딕" w:eastAsia="맑은 고딕" w:hAnsi="맑은 고딕"/>
                <w:color w:val="804000"/>
                <w:lang w:eastAsia="ko-KR"/>
              </w:rPr>
              <w:t>제출처</w:t>
            </w:r>
            <w:proofErr w:type="spellEnd"/>
            <w:r w:rsidRPr="00A803D2">
              <w:rPr>
                <w:rFonts w:ascii="맑은 고딕" w:eastAsia="맑은 고딕" w:hAnsi="맑은 고딕"/>
                <w:color w:val="804000"/>
                <w:lang w:eastAsia="ko-KR"/>
              </w:rPr>
              <w:t xml:space="preserve">: </w:t>
            </w:r>
          </w:p>
          <w:p w:rsidR="00D015BD" w:rsidRPr="00A803D2" w:rsidRDefault="00FD3F4F">
            <w:pPr>
              <w:spacing w:before="60" w:after="60"/>
              <w:ind w:left="170"/>
              <w:rPr>
                <w:rFonts w:ascii="맑은 고딕" w:eastAsia="맑은 고딕" w:hAnsi="맑은 고딕"/>
                <w:color w:val="804000"/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804000"/>
                <w:lang w:eastAsia="ko-KR"/>
              </w:rPr>
              <w:t xml:space="preserve">▪ 제출 기한: </w:t>
            </w:r>
          </w:p>
          <w:p w:rsidR="00D015BD" w:rsidRPr="00A803D2" w:rsidRDefault="00FD3F4F" w:rsidP="00D015BD">
            <w:pPr>
              <w:spacing w:before="60" w:after="60"/>
              <w:ind w:left="170"/>
              <w:rPr>
                <w:rFonts w:ascii="맑은 고딕" w:eastAsia="맑은 고딕" w:hAnsi="맑은 고딕"/>
                <w:color w:val="804000"/>
                <w:lang w:eastAsia="ko-KR"/>
              </w:rPr>
            </w:pPr>
            <w:r w:rsidRPr="00A803D2">
              <w:rPr>
                <w:rFonts w:ascii="Segoe UI Emoji" w:eastAsia="맑은 고딕" w:hAnsi="Segoe UI Emoji" w:cs="Segoe UI Emoji"/>
                <w:color w:val="804000"/>
                <w:lang w:eastAsia="ko-KR"/>
              </w:rPr>
              <w:t>▪</w:t>
            </w:r>
            <w:r w:rsidRPr="00A803D2">
              <w:rPr>
                <w:rFonts w:ascii="맑은 고딕" w:eastAsia="맑은 고딕" w:hAnsi="맑은 고딕"/>
                <w:color w:val="804000"/>
                <w:lang w:eastAsia="ko-KR"/>
              </w:rPr>
              <w:t xml:space="preserve"> 문의</w:t>
            </w:r>
            <w:r>
              <w:rPr>
                <w:rFonts w:ascii="맑은 고딕" w:eastAsia="맑은 고딕" w:hAnsi="맑은 고딕" w:hint="eastAsia"/>
                <w:color w:val="804000"/>
                <w:lang w:eastAsia="ko-KR"/>
              </w:rPr>
              <w:t>처</w:t>
            </w:r>
            <w:r>
              <w:rPr>
                <w:rFonts w:ascii="맑은 고딕" w:eastAsia="맑은 고딕" w:hAnsi="맑은 고딕"/>
                <w:color w:val="804000"/>
                <w:lang w:eastAsia="ko-KR"/>
              </w:rPr>
              <w:t xml:space="preserve">: </w:t>
            </w:r>
            <w:r w:rsidRPr="00A803D2">
              <w:rPr>
                <w:rFonts w:ascii="맑은 고딕" w:eastAsia="맑은 고딕" w:hAnsi="맑은 고딕"/>
                <w:color w:val="804000"/>
                <w:lang w:eastAsia="ko-KR"/>
              </w:rPr>
              <w:t xml:space="preserve"> </w:t>
            </w:r>
          </w:p>
          <w:p w:rsidR="00CB52B1" w:rsidRPr="00A803D2" w:rsidRDefault="00FD3F4F" w:rsidP="00D015BD">
            <w:pPr>
              <w:spacing w:before="60" w:after="60"/>
              <w:ind w:left="170"/>
              <w:rPr>
                <w:lang w:eastAsia="ko-KR"/>
              </w:rPr>
            </w:pPr>
            <w:r w:rsidRPr="00A803D2">
              <w:rPr>
                <w:rFonts w:ascii="Segoe UI Emoji" w:eastAsia="맑은 고딕" w:hAnsi="Segoe UI Emoji" w:cs="Segoe UI Emoji"/>
                <w:color w:val="804000"/>
                <w:lang w:eastAsia="ko-KR"/>
              </w:rPr>
              <w:t>▪</w:t>
            </w:r>
            <w:r w:rsidRPr="00A803D2">
              <w:rPr>
                <w:rFonts w:ascii="맑은 고딕" w:eastAsia="맑은 고딕" w:hAnsi="맑은 고딕"/>
                <w:color w:val="804000"/>
                <w:lang w:eastAsia="ko-KR"/>
              </w:rPr>
              <w:t xml:space="preserve"> 허위 기재 시 선정 취소, </w:t>
            </w:r>
            <w:r w:rsidR="00D015BD" w:rsidRPr="00A803D2">
              <w:rPr>
                <w:rFonts w:ascii="맑은 고딕" w:eastAsia="맑은 고딕" w:hAnsi="맑은 고딕" w:hint="eastAsia"/>
                <w:color w:val="804000"/>
                <w:lang w:eastAsia="ko-KR"/>
              </w:rPr>
              <w:t xml:space="preserve">제출된 </w:t>
            </w:r>
            <w:r w:rsidRPr="00A803D2">
              <w:rPr>
                <w:rFonts w:ascii="맑은 고딕" w:eastAsia="맑은 고딕" w:hAnsi="맑은 고딕"/>
                <w:color w:val="804000"/>
                <w:lang w:eastAsia="ko-KR"/>
              </w:rPr>
              <w:t>서류는 반환하지 않습니다.</w:t>
            </w:r>
          </w:p>
        </w:tc>
      </w:tr>
    </w:tbl>
    <w:p w:rsidR="00CB52B1" w:rsidRPr="00A803D2" w:rsidRDefault="00CB52B1">
      <w:pPr>
        <w:rPr>
          <w:lang w:eastAsia="ko-KR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7088"/>
      </w:tblGrid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</w:pPr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①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FFFFFF"/>
              </w:rPr>
              <w:t>신청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FFFFFF"/>
              </w:rPr>
              <w:t>기본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FFFFFF"/>
              </w:rPr>
              <w:t>정보</w:t>
            </w:r>
            <w:proofErr w:type="spellEnd"/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신청 일자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 xml:space="preserve">2026.   </w:t>
            </w:r>
            <w:proofErr w:type="gramStart"/>
            <w:r w:rsidRPr="00A803D2">
              <w:rPr>
                <w:rFonts w:ascii="맑은 고딕" w:eastAsia="맑은 고딕" w:hAnsi="맑은 고딕"/>
                <w:color w:val="AAAAAA"/>
              </w:rPr>
              <w:t xml:space="preserve">  .</w:t>
            </w:r>
            <w:proofErr w:type="gramEnd"/>
            <w:r w:rsidRPr="00A803D2">
              <w:rPr>
                <w:rFonts w:ascii="맑은 고딕" w:eastAsia="맑은 고딕" w:hAnsi="맑은 고딕"/>
                <w:color w:val="AAAAAA"/>
              </w:rPr>
              <w:t xml:space="preserve">     .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신청 국가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□ 싱가포르   □ 태국   □ 홍콩 </w:t>
            </w:r>
            <w:r w:rsidR="00D015BD"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 </w:t>
            </w: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 (해당 국가에 ✔)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희망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취급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물량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약        톤  </w:t>
            </w: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</w:pPr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②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FFFFFF"/>
              </w:rPr>
              <w:t>업체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FFFFFF"/>
              </w:rPr>
              <w:t>기본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FFFFFF"/>
              </w:rPr>
              <w:t>정보</w:t>
            </w:r>
            <w:proofErr w:type="spellEnd"/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업체명 (현지어)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업체명 (영문)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설립 연도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>20      년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t>사업자 등록번호</w:t>
            </w: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br/>
              <w:t>(현지 등록번호)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  <w:rPr>
                <w:lang w:eastAsia="ko-KR"/>
              </w:rPr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대표자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성명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업체 주소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  <w:p w:rsidR="00CB52B1" w:rsidRPr="00A803D2" w:rsidRDefault="00CB52B1">
            <w:pPr>
              <w:spacing w:before="40" w:after="40"/>
            </w:pP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</w:pPr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③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FFFFFF"/>
              </w:rPr>
              <w:t>담당자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FFFFFF"/>
              </w:rPr>
              <w:t>정보</w:t>
            </w:r>
            <w:proofErr w:type="spellEnd"/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담당자 성명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직책·부서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연락처 (전화)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>+      -      -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lastRenderedPageBreak/>
              <w:t>연락처 (모바일)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>+      -      -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이메일 주소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 w:rsidP="00D015BD">
            <w:pPr>
              <w:spacing w:before="60" w:after="60"/>
              <w:ind w:firstLineChars="600" w:firstLine="1320"/>
            </w:pPr>
            <w:r w:rsidRPr="00A803D2">
              <w:rPr>
                <w:rFonts w:ascii="맑은 고딕" w:eastAsia="맑은 고딕" w:hAnsi="맑은 고딕"/>
                <w:color w:val="AAAAAA"/>
              </w:rPr>
              <w:t>@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선호 연락 방법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 xml:space="preserve">□ 이메일   □ 전화   □ WhatsApp   □ LINE   □ 기타 </w:t>
            </w:r>
            <w:proofErr w:type="gramStart"/>
            <w:r w:rsidRPr="00A803D2">
              <w:rPr>
                <w:rFonts w:ascii="맑은 고딕" w:eastAsia="맑은 고딕" w:hAnsi="맑은 고딕"/>
                <w:color w:val="AAAAAA"/>
              </w:rPr>
              <w:t xml:space="preserve">(  </w:t>
            </w:r>
            <w:proofErr w:type="gramEnd"/>
            <w:r w:rsidRPr="00A803D2">
              <w:rPr>
                <w:rFonts w:ascii="맑은 고딕" w:eastAsia="맑은 고딕" w:hAnsi="맑은 고딕"/>
                <w:color w:val="AAAAAA"/>
              </w:rPr>
              <w:t xml:space="preserve">       )</w:t>
            </w: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b/>
                <w:color w:val="FFFFFF"/>
                <w:lang w:eastAsia="ko-KR"/>
              </w:rPr>
              <w:t xml:space="preserve">④ 유통 채널 </w:t>
            </w:r>
            <w:proofErr w:type="gramStart"/>
            <w:r w:rsidRPr="00A803D2">
              <w:rPr>
                <w:rFonts w:ascii="맑은 고딕" w:eastAsia="맑은 고딕" w:hAnsi="맑은 고딕"/>
                <w:b/>
                <w:color w:val="FFFFFF"/>
                <w:lang w:eastAsia="ko-KR"/>
              </w:rPr>
              <w:t>현황  ※</w:t>
            </w:r>
            <w:proofErr w:type="gramEnd"/>
            <w:r w:rsidRPr="00A803D2">
              <w:rPr>
                <w:rFonts w:ascii="맑은 고딕" w:eastAsia="맑은 고딕" w:hAnsi="맑은 고딕"/>
                <w:b/>
                <w:color w:val="FFFFFF"/>
                <w:lang w:eastAsia="ko-KR"/>
              </w:rPr>
              <w:t xml:space="preserve"> 본 사업은 프리미엄 채널 납품 필수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t>보유 유통 채널</w:t>
            </w: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br/>
              <w:t>(중복 선택 가능)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40" w:after="4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lang w:eastAsia="ko-KR"/>
              </w:rPr>
              <w:t xml:space="preserve">□ 백화점 식품관 </w:t>
            </w:r>
          </w:p>
          <w:p w:rsidR="00CB52B1" w:rsidRPr="00A803D2" w:rsidRDefault="00FD3F4F">
            <w:pPr>
              <w:spacing w:before="40" w:after="4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lang w:eastAsia="ko-KR"/>
              </w:rPr>
              <w:t xml:space="preserve">□ 고급 식품 전문점 </w:t>
            </w:r>
          </w:p>
          <w:p w:rsidR="00CB52B1" w:rsidRPr="00A803D2" w:rsidRDefault="00FD3F4F">
            <w:pPr>
              <w:spacing w:before="40" w:after="4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lang w:eastAsia="ko-KR"/>
              </w:rPr>
              <w:t>□ 프리미엄 슈퍼마켓</w:t>
            </w:r>
          </w:p>
          <w:p w:rsidR="00CB52B1" w:rsidRPr="00A803D2" w:rsidRDefault="00FD3F4F">
            <w:pPr>
              <w:spacing w:before="40" w:after="4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lang w:eastAsia="ko-KR"/>
              </w:rPr>
              <w:t>□ 온라인 프리미엄 몰</w:t>
            </w:r>
          </w:p>
          <w:p w:rsidR="00CB52B1" w:rsidRPr="00A803D2" w:rsidRDefault="00FD3F4F">
            <w:pPr>
              <w:spacing w:before="40" w:after="4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lang w:eastAsia="ko-KR"/>
              </w:rPr>
              <w:t>□ 호텔·레스토랑 납품 (HORECA</w:t>
            </w:r>
          </w:p>
          <w:p w:rsidR="00CB52B1" w:rsidRPr="00A803D2" w:rsidRDefault="00FD3F4F">
            <w:pPr>
              <w:spacing w:before="40" w:after="4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lang w:eastAsia="ko-KR"/>
              </w:rPr>
              <w:t xml:space="preserve">□ 대형 유통체인 </w:t>
            </w:r>
          </w:p>
          <w:p w:rsidR="00CB52B1" w:rsidRPr="00A803D2" w:rsidRDefault="00FD3F4F">
            <w:pPr>
              <w:spacing w:before="40" w:after="4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lang w:eastAsia="ko-KR"/>
              </w:rPr>
              <w:t>□ 도매시장</w:t>
            </w:r>
          </w:p>
          <w:p w:rsidR="00CB52B1" w:rsidRPr="00A803D2" w:rsidRDefault="00FD3F4F">
            <w:pPr>
              <w:spacing w:before="40" w:after="80"/>
            </w:pPr>
            <w:r w:rsidRPr="00A803D2">
              <w:rPr>
                <w:rFonts w:ascii="맑은 고딕" w:eastAsia="맑은 고딕" w:hAnsi="맑은 고딕"/>
              </w:rPr>
              <w:t xml:space="preserve">□ </w:t>
            </w:r>
            <w:proofErr w:type="spellStart"/>
            <w:r w:rsidRPr="00A803D2">
              <w:rPr>
                <w:rFonts w:ascii="맑은 고딕" w:eastAsia="맑은 고딕" w:hAnsi="맑은 고딕"/>
              </w:rPr>
              <w:t>기타</w:t>
            </w:r>
            <w:proofErr w:type="spellEnd"/>
            <w:r w:rsidRPr="00A803D2">
              <w:rPr>
                <w:rFonts w:ascii="맑은 고딕" w:eastAsia="맑은 고딕" w:hAnsi="맑은 고딕"/>
              </w:rPr>
              <w:t xml:space="preserve"> </w:t>
            </w:r>
            <w:proofErr w:type="gramStart"/>
            <w:r w:rsidRPr="00A803D2">
              <w:rPr>
                <w:rFonts w:ascii="맑은 고딕" w:eastAsia="맑은 고딕" w:hAnsi="맑은 고딕"/>
              </w:rPr>
              <w:t xml:space="preserve">(  </w:t>
            </w:r>
            <w:proofErr w:type="gramEnd"/>
            <w:r w:rsidRPr="00A803D2">
              <w:rPr>
                <w:rFonts w:ascii="맑은 고딕" w:eastAsia="맑은 고딕" w:hAnsi="맑은 고딕"/>
              </w:rPr>
              <w:t xml:space="preserve">                            )</w:t>
            </w:r>
          </w:p>
        </w:tc>
      </w:tr>
      <w:tr w:rsidR="00CB52B1" w:rsidRPr="00A803D2">
        <w:trPr>
          <w:jc w:val="center"/>
        </w:trPr>
        <w:tc>
          <w:tcPr>
            <w:tcW w:w="907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8F8"/>
            <w:vAlign w:val="center"/>
          </w:tcPr>
          <w:p w:rsidR="00CB52B1" w:rsidRPr="00A803D2" w:rsidRDefault="00FD3F4F">
            <w:pPr>
              <w:spacing w:before="40" w:after="40"/>
              <w:ind w:left="17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666666"/>
                <w:lang w:eastAsia="ko-KR"/>
              </w:rPr>
              <w:t>※ 백화점·고급 식품관</w:t>
            </w:r>
            <w:r w:rsidR="00A803D2" w:rsidRPr="00A803D2">
              <w:rPr>
                <w:rFonts w:ascii="맑은 고딕" w:eastAsia="맑은 고딕" w:hAnsi="맑은 고딕" w:hint="eastAsia"/>
                <w:color w:val="666666"/>
                <w:lang w:eastAsia="ko-KR"/>
              </w:rPr>
              <w:t>,</w:t>
            </w:r>
            <w:r w:rsidR="00A803D2" w:rsidRPr="00A803D2">
              <w:rPr>
                <w:rFonts w:ascii="맑은 고딕" w:eastAsia="맑은 고딕" w:hAnsi="맑은 고딕"/>
                <w:color w:val="666666"/>
                <w:lang w:eastAsia="ko-KR"/>
              </w:rPr>
              <w:t xml:space="preserve"> </w:t>
            </w:r>
            <w:r w:rsidR="00A803D2" w:rsidRPr="00A803D2">
              <w:rPr>
                <w:rFonts w:ascii="맑은 고딕" w:eastAsia="맑은 고딕" w:hAnsi="맑은 고딕" w:hint="eastAsia"/>
                <w:color w:val="666666"/>
                <w:lang w:eastAsia="ko-KR"/>
              </w:rPr>
              <w:t>프리미엄 슈퍼마켓</w:t>
            </w:r>
            <w:r w:rsidRPr="00A803D2">
              <w:rPr>
                <w:rFonts w:ascii="맑은 고딕" w:eastAsia="맑은 고딕" w:hAnsi="맑은 고딕"/>
                <w:color w:val="666666"/>
                <w:lang w:eastAsia="ko-KR"/>
              </w:rPr>
              <w:t xml:space="preserve"> 중 1개 이상 보유 필수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t xml:space="preserve">주요 거래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t>채널명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br/>
              <w:t>(구체적으로 기재)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>예) Takashimaya Food Hall, Villa Market, City Super 등</w:t>
            </w:r>
          </w:p>
          <w:p w:rsidR="00CB52B1" w:rsidRPr="00A803D2" w:rsidRDefault="00CB52B1">
            <w:pPr>
              <w:spacing w:before="40" w:after="40"/>
            </w:pPr>
          </w:p>
          <w:p w:rsidR="00CB52B1" w:rsidRPr="00A803D2" w:rsidRDefault="00CB52B1">
            <w:pPr>
              <w:spacing w:before="40" w:after="40"/>
            </w:pP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b/>
                <w:color w:val="FFFFFF"/>
                <w:lang w:eastAsia="ko-KR"/>
              </w:rPr>
              <w:t>⑤ 냉장 시설 및 콜드체인 현황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냉장창고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br/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보유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여부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8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BFBFBF" w:themeColor="background1" w:themeShade="BF"/>
                <w:lang w:eastAsia="ko-KR"/>
              </w:rPr>
              <w:t xml:space="preserve">□ 자체 보유   □ 전용 임차   □ </w:t>
            </w:r>
            <w:proofErr w:type="spellStart"/>
            <w:r w:rsidRPr="00A803D2">
              <w:rPr>
                <w:rFonts w:ascii="맑은 고딕" w:eastAsia="맑은 고딕" w:hAnsi="맑은 고딕"/>
                <w:color w:val="BFBFBF" w:themeColor="background1" w:themeShade="BF"/>
                <w:lang w:eastAsia="ko-KR"/>
              </w:rPr>
              <w:t>미보유</w:t>
            </w:r>
            <w:proofErr w:type="spellEnd"/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t>냉장창고 보관</w:t>
            </w: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br/>
              <w:t>온도 범위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proofErr w:type="spellStart"/>
            <w:r w:rsidRPr="00A803D2">
              <w:rPr>
                <w:rFonts w:ascii="맑은 고딕" w:eastAsia="맑은 고딕" w:hAnsi="맑은 고딕"/>
                <w:color w:val="AAAAAA"/>
              </w:rPr>
              <w:t>최저</w:t>
            </w:r>
            <w:proofErr w:type="spellEnd"/>
            <w:r w:rsidRPr="00A803D2">
              <w:rPr>
                <w:rFonts w:ascii="맑은 고딕" w:eastAsia="맑은 고딕" w:hAnsi="맑은 고딕"/>
                <w:color w:val="AAAAAA"/>
              </w:rPr>
              <w:t xml:space="preserve">        </w:t>
            </w:r>
            <w:proofErr w:type="gramStart"/>
            <w:r w:rsidRPr="00A803D2">
              <w:rPr>
                <w:rFonts w:ascii="맑은 고딕" w:eastAsia="맑은 고딕" w:hAnsi="맑은 고딕"/>
                <w:color w:val="AAAAAA"/>
              </w:rPr>
              <w:t>℃  ~</w:t>
            </w:r>
            <w:proofErr w:type="gramEnd"/>
            <w:r w:rsidRPr="00A803D2">
              <w:rPr>
                <w:rFonts w:ascii="맑은 고딕" w:eastAsia="맑은 고딕" w:hAnsi="맑은 고딕"/>
                <w:color w:val="AAAAAA"/>
              </w:rPr>
              <w:t xml:space="preserve">  </w:t>
            </w:r>
            <w:proofErr w:type="spellStart"/>
            <w:r w:rsidRPr="00A803D2">
              <w:rPr>
                <w:rFonts w:ascii="맑은 고딕" w:eastAsia="맑은 고딕" w:hAnsi="맑은 고딕"/>
                <w:color w:val="AAAAAA"/>
              </w:rPr>
              <w:t>최고</w:t>
            </w:r>
            <w:proofErr w:type="spellEnd"/>
            <w:r w:rsidRPr="00A803D2">
              <w:rPr>
                <w:rFonts w:ascii="맑은 고딕" w:eastAsia="맑은 고딕" w:hAnsi="맑은 고딕"/>
                <w:color w:val="AAAAAA"/>
              </w:rPr>
              <w:t xml:space="preserve">        ℃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r w:rsidRPr="00A803D2">
              <w:rPr>
                <w:rFonts w:ascii="맑은 고딕" w:eastAsia="맑은 고딕" w:hAnsi="맑은 고딕"/>
                <w:b/>
                <w:color w:val="1F497D"/>
              </w:rPr>
              <w:t>냉장창고 용량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 xml:space="preserve">약        </w:t>
            </w:r>
            <w:proofErr w:type="gramStart"/>
            <w:r w:rsidRPr="00A803D2">
              <w:rPr>
                <w:rFonts w:ascii="맑은 고딕" w:eastAsia="맑은 고딕" w:hAnsi="맑은 고딕"/>
                <w:color w:val="AAAAAA"/>
              </w:rPr>
              <w:t>CBM  또는</w:t>
            </w:r>
            <w:proofErr w:type="gramEnd"/>
            <w:r w:rsidRPr="00A803D2">
              <w:rPr>
                <w:rFonts w:ascii="맑은 고딕" w:eastAsia="맑은 고딕" w:hAnsi="맑은 고딕"/>
                <w:color w:val="AAAAAA"/>
              </w:rPr>
              <w:t xml:space="preserve">        팔레트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냉장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배송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차량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□ 자체 보유 </w:t>
            </w:r>
            <w:proofErr w:type="gramStart"/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(  </w:t>
            </w:r>
            <w:proofErr w:type="gramEnd"/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    대)   □ 외부 계약   □ 없음</w:t>
            </w:r>
          </w:p>
        </w:tc>
      </w:tr>
      <w:tr w:rsidR="00CB52B1" w:rsidRPr="00A803D2">
        <w:trPr>
          <w:jc w:val="center"/>
        </w:trPr>
        <w:tc>
          <w:tcPr>
            <w:tcW w:w="907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8F8"/>
            <w:vAlign w:val="center"/>
          </w:tcPr>
          <w:p w:rsidR="00CB52B1" w:rsidRPr="00A803D2" w:rsidRDefault="00FD3F4F">
            <w:pPr>
              <w:spacing w:before="40" w:after="40"/>
              <w:ind w:left="17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666666"/>
                <w:lang w:eastAsia="ko-KR"/>
              </w:rPr>
              <w:t xml:space="preserve">※ </w:t>
            </w:r>
            <w:r w:rsidR="00A803D2" w:rsidRPr="00A803D2">
              <w:rPr>
                <w:rFonts w:ascii="맑은 고딕" w:eastAsia="맑은 고딕" w:hAnsi="맑은 고딕" w:hint="eastAsia"/>
                <w:color w:val="666666"/>
                <w:lang w:eastAsia="ko-KR"/>
              </w:rPr>
              <w:t>시범사업 선정 시 온도 기록 데이터 제출 의무</w:t>
            </w: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b/>
                <w:color w:val="FFFFFF"/>
                <w:lang w:eastAsia="ko-KR"/>
              </w:rPr>
              <w:t>⑥ 한국산 딸기 및 프리미엄 과일 취급 실적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한국산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딸기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br/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취급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경험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 xml:space="preserve">□ </w:t>
            </w:r>
            <w:proofErr w:type="gramStart"/>
            <w:r w:rsidRPr="00A803D2">
              <w:rPr>
                <w:rFonts w:ascii="맑은 고딕" w:eastAsia="맑은 고딕" w:hAnsi="맑은 고딕"/>
                <w:color w:val="AAAAAA"/>
              </w:rPr>
              <w:t>있음  □</w:t>
            </w:r>
            <w:proofErr w:type="gramEnd"/>
            <w:r w:rsidRPr="00A803D2">
              <w:rPr>
                <w:rFonts w:ascii="맑은 고딕" w:eastAsia="맑은 고딕" w:hAnsi="맑은 고딕"/>
                <w:color w:val="AAAAAA"/>
              </w:rPr>
              <w:t xml:space="preserve"> 없음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t>취급 기간 및</w:t>
            </w: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br/>
              <w:t>물량 (있는 경우)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취급 </w:t>
            </w:r>
            <w:proofErr w:type="gramStart"/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>기간 :</w:t>
            </w:r>
            <w:proofErr w:type="gramEnd"/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        년 ~        년  /  연간 평균 물량 :        톤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lastRenderedPageBreak/>
              <w:t>주요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거래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수출업체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proofErr w:type="gramStart"/>
            <w:r w:rsidRPr="00A803D2">
              <w:rPr>
                <w:rFonts w:ascii="맑은 고딕" w:eastAsia="맑은 고딕" w:hAnsi="맑은 고딕"/>
                <w:color w:val="AAAAAA"/>
              </w:rPr>
              <w:t>업체명 :</w:t>
            </w:r>
            <w:proofErr w:type="gramEnd"/>
            <w:r w:rsidRPr="00A803D2">
              <w:rPr>
                <w:rFonts w:ascii="맑은 고딕" w:eastAsia="맑은 고딕" w:hAnsi="맑은 고딕"/>
                <w:color w:val="AAAAAA"/>
              </w:rPr>
              <w:t xml:space="preserve">                                      (국가 :           )</w:t>
            </w:r>
          </w:p>
        </w:tc>
      </w:tr>
      <w:tr w:rsidR="00CB52B1" w:rsidRPr="00A803D2" w:rsidTr="000A1604">
        <w:trPr>
          <w:trHeight w:val="1050"/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t>기타 프리미엄</w:t>
            </w: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br/>
              <w:t>과일 취급 실적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>품목 및 원산지, 연간 물량 등 기재</w:t>
            </w:r>
          </w:p>
          <w:p w:rsidR="00CB52B1" w:rsidRPr="00A803D2" w:rsidRDefault="00CB52B1">
            <w:pPr>
              <w:spacing w:before="40" w:after="40"/>
              <w:rPr>
                <w:lang w:eastAsia="ko-KR"/>
              </w:rPr>
            </w:pPr>
          </w:p>
          <w:p w:rsidR="00CB52B1" w:rsidRPr="00A803D2" w:rsidRDefault="00CB52B1">
            <w:pPr>
              <w:spacing w:before="40" w:after="40"/>
              <w:rPr>
                <w:lang w:eastAsia="ko-KR"/>
              </w:rPr>
            </w:pP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</w:pPr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⑦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FFFFFF"/>
              </w:rPr>
              <w:t>판매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FFFFFF"/>
              </w:rPr>
              <w:t>계획</w:t>
            </w:r>
            <w:proofErr w:type="spellEnd"/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t>납품</w:t>
            </w:r>
            <w:r w:rsidR="00C73B26">
              <w:rPr>
                <w:rFonts w:ascii="맑은 고딕" w:eastAsia="맑은 고딕" w:hAnsi="맑은 고딕" w:hint="eastAsia"/>
                <w:b/>
                <w:color w:val="1F497D"/>
                <w:lang w:eastAsia="ko-KR"/>
              </w:rPr>
              <w:t xml:space="preserve"> 가능</w:t>
            </w: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t xml:space="preserve"> 채널</w:t>
            </w:r>
            <w:r w:rsidRPr="00A803D2">
              <w:rPr>
                <w:rFonts w:ascii="맑은 고딕" w:eastAsia="맑은 고딕" w:hAnsi="맑은 고딕"/>
                <w:b/>
                <w:color w:val="1F497D"/>
                <w:lang w:eastAsia="ko-KR"/>
              </w:rPr>
              <w:br/>
              <w:t>(구체적 기재)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>예) Takashimaya 신관 B1 식품관</w:t>
            </w:r>
          </w:p>
          <w:p w:rsidR="00CB52B1" w:rsidRPr="00A803D2" w:rsidRDefault="00CB52B1">
            <w:pPr>
              <w:spacing w:before="40" w:after="40"/>
              <w:rPr>
                <w:lang w:eastAsia="ko-KR"/>
              </w:rPr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목표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판매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단가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>USD        /</w:t>
            </w:r>
            <w:r w:rsidR="00A803D2" w:rsidRPr="00A803D2">
              <w:rPr>
                <w:rFonts w:ascii="맑은 고딕" w:eastAsia="맑은 고딕" w:hAnsi="맑은 고딕"/>
                <w:color w:val="AAAAAA"/>
                <w:lang w:eastAsia="ko-KR"/>
              </w:rPr>
              <w:t>kg</w:t>
            </w: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 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판매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완료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br/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목표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기간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현지 도착 후       일 이내 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프리미엄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br/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마케팅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계획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>론칭 행사, 시식 이벤트, SNS 홍보 등 계획 기재</w:t>
            </w:r>
          </w:p>
          <w:p w:rsidR="00CB52B1" w:rsidRPr="00A803D2" w:rsidRDefault="00CB52B1">
            <w:pPr>
              <w:spacing w:before="40" w:after="40"/>
              <w:rPr>
                <w:lang w:eastAsia="ko-KR"/>
              </w:rPr>
            </w:pPr>
          </w:p>
          <w:p w:rsidR="00CB52B1" w:rsidRPr="00A803D2" w:rsidRDefault="00CB52B1">
            <w:pPr>
              <w:spacing w:before="40" w:after="40"/>
              <w:rPr>
                <w:lang w:eastAsia="ko-KR"/>
              </w:rPr>
            </w:pPr>
          </w:p>
          <w:p w:rsidR="00CB52B1" w:rsidRPr="00A803D2" w:rsidRDefault="00CB52B1">
            <w:pPr>
              <w:spacing w:before="40" w:after="40"/>
              <w:rPr>
                <w:lang w:eastAsia="ko-KR"/>
              </w:rPr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FD3F4F">
            <w:pPr>
              <w:spacing w:before="80" w:after="80"/>
            </w:pP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잔여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물량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br/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처리</w:t>
            </w:r>
            <w:proofErr w:type="spellEnd"/>
            <w:r w:rsidRPr="00A803D2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proofErr w:type="spellStart"/>
            <w:r w:rsidRPr="00A803D2">
              <w:rPr>
                <w:rFonts w:ascii="맑은 고딕" w:eastAsia="맑은 고딕" w:hAnsi="맑은 고딕"/>
                <w:b/>
                <w:color w:val="1F497D"/>
              </w:rPr>
              <w:t>계획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>할인 판매 기준, 폐기 기준 등</w:t>
            </w:r>
            <w:r w:rsidR="00556962">
              <w:rPr>
                <w:rFonts w:ascii="맑은 고딕" w:eastAsia="맑은 고딕" w:hAnsi="맑은 고딕" w:hint="eastAsia"/>
                <w:color w:val="AAAAAA"/>
                <w:lang w:eastAsia="ko-KR"/>
              </w:rPr>
              <w:t xml:space="preserve"> 기재 </w:t>
            </w:r>
          </w:p>
          <w:p w:rsidR="00CB52B1" w:rsidRPr="00A803D2" w:rsidRDefault="00CB52B1">
            <w:pPr>
              <w:spacing w:before="40" w:after="40"/>
              <w:rPr>
                <w:lang w:eastAsia="ko-KR"/>
              </w:rPr>
            </w:pPr>
          </w:p>
        </w:tc>
      </w:tr>
      <w:tr w:rsidR="00CB52B1" w:rsidRPr="00604CC1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604CC1" w:rsidP="0091553F">
            <w:pPr>
              <w:spacing w:before="100" w:after="100"/>
              <w:ind w:left="170"/>
              <w:rPr>
                <w:lang w:eastAsia="ko-KR"/>
              </w:rPr>
            </w:pPr>
            <w:proofErr w:type="gramStart"/>
            <w:r>
              <w:rPr>
                <w:rFonts w:ascii="맑은 고딕" w:eastAsia="맑은 고딕" w:hAnsi="맑은 고딕" w:hint="eastAsia"/>
                <w:b/>
                <w:color w:val="FFFFFF"/>
                <w:lang w:eastAsia="ko-KR"/>
              </w:rPr>
              <w:t>⑧</w:t>
            </w:r>
            <w:r w:rsidRPr="00A803D2">
              <w:rPr>
                <w:rFonts w:ascii="맑은 고딕" w:eastAsia="맑은 고딕" w:hAnsi="맑은 고딕"/>
                <w:b/>
                <w:color w:val="FFFFFF"/>
                <w:lang w:eastAsia="ko-KR"/>
              </w:rPr>
              <w:t xml:space="preserve"> </w:t>
            </w:r>
            <w:r w:rsidR="00FD3F4F" w:rsidRPr="00A803D2">
              <w:rPr>
                <w:rFonts w:ascii="맑은 고딕" w:eastAsia="맑은 고딕" w:hAnsi="맑은 고딕"/>
                <w:b/>
                <w:color w:val="FFFFFF"/>
                <w:lang w:eastAsia="ko-KR"/>
              </w:rPr>
              <w:t xml:space="preserve"> 제출</w:t>
            </w:r>
            <w:proofErr w:type="gramEnd"/>
            <w:r w:rsidR="00FD3F4F" w:rsidRPr="00A803D2">
              <w:rPr>
                <w:rFonts w:ascii="맑은 고딕" w:eastAsia="맑은 고딕" w:hAnsi="맑은 고딕"/>
                <w:b/>
                <w:color w:val="FFFFFF"/>
                <w:lang w:eastAsia="ko-KR"/>
              </w:rPr>
              <w:t xml:space="preserve"> 서류 </w:t>
            </w:r>
            <w:r w:rsidR="00956BA7">
              <w:rPr>
                <w:rFonts w:ascii="맑은 고딕" w:eastAsia="맑은 고딕" w:hAnsi="맑은 고딕"/>
                <w:b/>
                <w:color w:val="FFFFFF"/>
                <w:lang w:eastAsia="ko-KR"/>
              </w:rPr>
              <w:t xml:space="preserve">    </w:t>
            </w:r>
            <w:r w:rsidR="00FD3F4F" w:rsidRPr="00A803D2">
              <w:rPr>
                <w:rFonts w:ascii="맑은 고딕" w:eastAsia="맑은 고딕" w:hAnsi="맑은 고딕"/>
                <w:b/>
                <w:color w:val="FFFFFF"/>
                <w:lang w:eastAsia="ko-KR"/>
              </w:rPr>
              <w:t>※ 신청서 제출 시 아래 서류 함께 첨부</w:t>
            </w:r>
          </w:p>
        </w:tc>
        <w:bookmarkStart w:id="0" w:name="_GoBack"/>
        <w:bookmarkEnd w:id="0"/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</w:tcPr>
          <w:p w:rsidR="00CB52B1" w:rsidRPr="00A803D2" w:rsidRDefault="00FD3F4F" w:rsidP="00D8547D">
            <w:pPr>
              <w:spacing w:before="60" w:after="40"/>
              <w:rPr>
                <w:lang w:eastAsia="ko-KR"/>
              </w:rPr>
            </w:pPr>
            <w:proofErr w:type="gramStart"/>
            <w:r w:rsidRPr="00A803D2">
              <w:rPr>
                <w:rFonts w:ascii="맑은 고딕" w:eastAsia="맑은 고딕" w:hAnsi="맑은 고딕"/>
                <w:b/>
                <w:color w:val="C00000"/>
                <w:lang w:eastAsia="ko-KR"/>
              </w:rPr>
              <w:t>□  [</w:t>
            </w:r>
            <w:proofErr w:type="gramEnd"/>
            <w:r w:rsidRPr="00A803D2">
              <w:rPr>
                <w:rFonts w:ascii="맑은 고딕" w:eastAsia="맑은 고딕" w:hAnsi="맑은 고딕"/>
                <w:b/>
                <w:color w:val="C00000"/>
                <w:lang w:eastAsia="ko-KR"/>
              </w:rPr>
              <w:t xml:space="preserve">필수] </w:t>
            </w:r>
            <w:r w:rsidRPr="00430E77">
              <w:rPr>
                <w:rFonts w:ascii="맑은 고딕" w:eastAsia="맑은 고딕" w:hAnsi="맑은 고딕"/>
                <w:b/>
                <w:spacing w:val="10"/>
                <w:w w:val="87"/>
                <w:fitText w:val="7293" w:id="-428105726"/>
                <w:lang w:eastAsia="ko-KR"/>
              </w:rPr>
              <w:t xml:space="preserve">프리미엄 </w:t>
            </w:r>
            <w:r w:rsidR="004A6011" w:rsidRPr="00430E77">
              <w:rPr>
                <w:rFonts w:ascii="맑은 고딕" w:eastAsia="맑은 고딕" w:hAnsi="맑은 고딕" w:hint="eastAsia"/>
                <w:b/>
                <w:spacing w:val="10"/>
                <w:w w:val="87"/>
                <w:fitText w:val="7293" w:id="-428105726"/>
                <w:lang w:eastAsia="ko-KR"/>
              </w:rPr>
              <w:t>유통</w:t>
            </w:r>
            <w:r w:rsidRPr="00430E77">
              <w:rPr>
                <w:rFonts w:ascii="맑은 고딕" w:eastAsia="맑은 고딕" w:hAnsi="맑은 고딕"/>
                <w:b/>
                <w:spacing w:val="10"/>
                <w:w w:val="87"/>
                <w:fitText w:val="7293" w:id="-428105726"/>
                <w:lang w:eastAsia="ko-KR"/>
              </w:rPr>
              <w:t xml:space="preserve"> 확인서 : </w:t>
            </w:r>
            <w:r w:rsidRPr="00430E77">
              <w:rPr>
                <w:rFonts w:ascii="맑은 고딕" w:eastAsia="맑은 고딕" w:hAnsi="맑은 고딕"/>
                <w:spacing w:val="10"/>
                <w:w w:val="87"/>
                <w:fitText w:val="7293" w:id="-428105726"/>
                <w:lang w:eastAsia="ko-KR"/>
              </w:rPr>
              <w:t>백화점·고급 식품관 입점 계약서 또는 확인서 (사본 가능</w:t>
            </w:r>
            <w:r w:rsidRPr="00430E77">
              <w:rPr>
                <w:rFonts w:ascii="맑은 고딕" w:eastAsia="맑은 고딕" w:hAnsi="맑은 고딕"/>
                <w:spacing w:val="16"/>
                <w:w w:val="87"/>
                <w:fitText w:val="7293" w:id="-428105726"/>
                <w:lang w:eastAsia="ko-KR"/>
              </w:rPr>
              <w:t>)</w:t>
            </w:r>
          </w:p>
          <w:p w:rsidR="00CB52B1" w:rsidRPr="00A803D2" w:rsidRDefault="00FD3F4F" w:rsidP="00D8547D">
            <w:pPr>
              <w:spacing w:before="60" w:after="40"/>
              <w:rPr>
                <w:lang w:eastAsia="ko-KR"/>
              </w:rPr>
            </w:pPr>
            <w:proofErr w:type="gramStart"/>
            <w:r w:rsidRPr="00A803D2">
              <w:rPr>
                <w:rFonts w:ascii="맑은 고딕" w:eastAsia="맑은 고딕" w:hAnsi="맑은 고딕"/>
                <w:b/>
                <w:color w:val="C00000"/>
                <w:lang w:eastAsia="ko-KR"/>
              </w:rPr>
              <w:t>□  [</w:t>
            </w:r>
            <w:proofErr w:type="gramEnd"/>
            <w:r w:rsidRPr="00A803D2">
              <w:rPr>
                <w:rFonts w:ascii="맑은 고딕" w:eastAsia="맑은 고딕" w:hAnsi="맑은 고딕"/>
                <w:b/>
                <w:color w:val="C00000"/>
                <w:lang w:eastAsia="ko-KR"/>
              </w:rPr>
              <w:t xml:space="preserve">필수] </w:t>
            </w:r>
            <w:r w:rsidRPr="00A803D2">
              <w:rPr>
                <w:rFonts w:ascii="맑은 고딕" w:eastAsia="맑은 고딕" w:hAnsi="맑은 고딕"/>
                <w:b/>
                <w:lang w:eastAsia="ko-KR"/>
              </w:rPr>
              <w:t xml:space="preserve">냉장창고 사양서 : </w:t>
            </w:r>
            <w:r w:rsidRPr="00A803D2">
              <w:rPr>
                <w:rFonts w:ascii="맑은 고딕" w:eastAsia="맑은 고딕" w:hAnsi="맑은 고딕"/>
                <w:lang w:eastAsia="ko-KR"/>
              </w:rPr>
              <w:t>시설 사진, 보관 온도 범위, 온도 기록 장치 현황</w:t>
            </w:r>
          </w:p>
          <w:p w:rsidR="00D8547D" w:rsidRDefault="00FD3F4F" w:rsidP="00D8547D">
            <w:pPr>
              <w:spacing w:before="60" w:after="40"/>
              <w:rPr>
                <w:rFonts w:ascii="맑은 고딕" w:eastAsia="맑은 고딕" w:hAnsi="맑은 고딕"/>
                <w:lang w:eastAsia="ko-KR"/>
              </w:rPr>
            </w:pPr>
            <w:proofErr w:type="gramStart"/>
            <w:r w:rsidRPr="00A803D2">
              <w:rPr>
                <w:rFonts w:ascii="맑은 고딕" w:eastAsia="맑은 고딕" w:hAnsi="맑은 고딕"/>
                <w:b/>
                <w:color w:val="C00000"/>
                <w:lang w:eastAsia="ko-KR"/>
              </w:rPr>
              <w:t>□  [</w:t>
            </w:r>
            <w:proofErr w:type="gramEnd"/>
            <w:r w:rsidRPr="00A803D2">
              <w:rPr>
                <w:rFonts w:ascii="맑은 고딕" w:eastAsia="맑은 고딕" w:hAnsi="맑은 고딕"/>
                <w:b/>
                <w:color w:val="C00000"/>
                <w:lang w:eastAsia="ko-KR"/>
              </w:rPr>
              <w:t xml:space="preserve">필수] </w:t>
            </w:r>
            <w:r w:rsidR="004A6011" w:rsidRPr="004A6011">
              <w:rPr>
                <w:rFonts w:ascii="맑은 고딕" w:eastAsia="맑은 고딕" w:hAnsi="맑은 고딕" w:hint="eastAsia"/>
                <w:b/>
                <w:color w:val="000000" w:themeColor="text1"/>
                <w:lang w:eastAsia="ko-KR"/>
              </w:rPr>
              <w:t xml:space="preserve">프리미엄 </w:t>
            </w:r>
            <w:r w:rsidR="004A6011" w:rsidRPr="004A6011">
              <w:rPr>
                <w:rFonts w:ascii="맑은 고딕" w:eastAsia="맑은 고딕" w:hAnsi="맑은 고딕"/>
                <w:b/>
                <w:color w:val="000000" w:themeColor="text1"/>
                <w:lang w:eastAsia="ko-KR"/>
              </w:rPr>
              <w:t xml:space="preserve"> </w:t>
            </w:r>
            <w:r w:rsidR="004A6011" w:rsidRPr="004A6011">
              <w:rPr>
                <w:rFonts w:ascii="맑은 고딕" w:eastAsia="맑은 고딕" w:hAnsi="맑은 고딕" w:hint="eastAsia"/>
                <w:b/>
                <w:color w:val="000000" w:themeColor="text1"/>
                <w:lang w:eastAsia="ko-KR"/>
              </w:rPr>
              <w:t xml:space="preserve">판매 </w:t>
            </w:r>
            <w:r w:rsidRPr="00A803D2">
              <w:rPr>
                <w:rFonts w:ascii="맑은 고딕" w:eastAsia="맑은 고딕" w:hAnsi="맑은 고딕"/>
                <w:b/>
                <w:lang w:eastAsia="ko-KR"/>
              </w:rPr>
              <w:t xml:space="preserve">계획서 : </w:t>
            </w:r>
            <w:r w:rsidR="00A803D2" w:rsidRPr="00A803D2">
              <w:rPr>
                <w:rFonts w:ascii="맑은 고딕" w:eastAsia="맑은 고딕" w:hAnsi="맑은 고딕" w:hint="eastAsia"/>
                <w:lang w:eastAsia="ko-KR"/>
              </w:rPr>
              <w:t>취급 물량</w:t>
            </w:r>
            <w:r w:rsidRPr="00A803D2">
              <w:rPr>
                <w:rFonts w:ascii="맑은 고딕" w:eastAsia="맑은 고딕" w:hAnsi="맑은 고딕"/>
                <w:lang w:eastAsia="ko-KR"/>
              </w:rPr>
              <w:t xml:space="preserve"> 판매 계획, </w:t>
            </w:r>
            <w:r w:rsidR="00D8547D">
              <w:rPr>
                <w:rFonts w:ascii="맑은 고딕" w:eastAsia="맑은 고딕" w:hAnsi="맑은 고딕" w:hint="eastAsia"/>
                <w:lang w:eastAsia="ko-KR"/>
              </w:rPr>
              <w:t>재고 처리 방안</w:t>
            </w:r>
          </w:p>
          <w:p w:rsidR="00CB52B1" w:rsidRPr="00A803D2" w:rsidRDefault="00FD3F4F" w:rsidP="00D8547D">
            <w:pPr>
              <w:spacing w:before="60" w:after="40"/>
              <w:rPr>
                <w:lang w:eastAsia="ko-KR"/>
              </w:rPr>
            </w:pPr>
            <w:proofErr w:type="gramStart"/>
            <w:r w:rsidRPr="00A803D2">
              <w:rPr>
                <w:rFonts w:ascii="맑은 고딕" w:eastAsia="맑은 고딕" w:hAnsi="맑은 고딕"/>
                <w:b/>
                <w:color w:val="C00000"/>
                <w:lang w:eastAsia="ko-KR"/>
              </w:rPr>
              <w:t>□  [</w:t>
            </w:r>
            <w:proofErr w:type="gramEnd"/>
            <w:r w:rsidRPr="00A803D2">
              <w:rPr>
                <w:rFonts w:ascii="맑은 고딕" w:eastAsia="맑은 고딕" w:hAnsi="맑은 고딕"/>
                <w:b/>
                <w:color w:val="C00000"/>
                <w:lang w:eastAsia="ko-KR"/>
              </w:rPr>
              <w:t xml:space="preserve">필수] </w:t>
            </w:r>
            <w:r w:rsidRPr="00A803D2">
              <w:rPr>
                <w:rFonts w:ascii="맑은 고딕" w:eastAsia="맑은 고딕" w:hAnsi="맑은 고딕"/>
                <w:b/>
                <w:lang w:eastAsia="ko-KR"/>
              </w:rPr>
              <w:t xml:space="preserve">사업자 등록증 : </w:t>
            </w:r>
            <w:r w:rsidRPr="00A803D2">
              <w:rPr>
                <w:rFonts w:ascii="맑은 고딕" w:eastAsia="맑은 고딕" w:hAnsi="맑은 고딕"/>
                <w:lang w:eastAsia="ko-KR"/>
              </w:rPr>
              <w:t>현지 사업자 등록 증빙 서류 (사본 가능)</w:t>
            </w:r>
          </w:p>
          <w:p w:rsidR="00CB52B1" w:rsidRPr="00A803D2" w:rsidRDefault="00FD3F4F" w:rsidP="00D8547D">
            <w:pPr>
              <w:spacing w:before="60" w:after="40"/>
              <w:rPr>
                <w:rFonts w:eastAsia="맑은 고딕"/>
                <w:lang w:eastAsia="ko-KR"/>
              </w:rPr>
            </w:pPr>
            <w:proofErr w:type="gramStart"/>
            <w:r w:rsidRPr="00D8547D">
              <w:rPr>
                <w:rFonts w:ascii="맑은 고딕" w:eastAsia="맑은 고딕" w:hAnsi="맑은 고딕"/>
                <w:b/>
                <w:color w:val="4F81BD" w:themeColor="accent1"/>
                <w:lang w:eastAsia="ko-KR"/>
              </w:rPr>
              <w:t xml:space="preserve">□  </w:t>
            </w:r>
            <w:r w:rsidR="00606946" w:rsidRPr="00D8547D">
              <w:rPr>
                <w:rFonts w:ascii="맑은 고딕" w:eastAsia="맑은 고딕" w:hAnsi="맑은 고딕"/>
                <w:b/>
                <w:color w:val="4F81BD" w:themeColor="accent1"/>
                <w:lang w:eastAsia="ko-KR"/>
              </w:rPr>
              <w:t>[</w:t>
            </w:r>
            <w:proofErr w:type="gramEnd"/>
            <w:r w:rsidR="00D8547D" w:rsidRPr="00D8547D">
              <w:rPr>
                <w:rFonts w:ascii="맑은 고딕" w:eastAsia="맑은 고딕" w:hAnsi="맑은 고딕" w:hint="eastAsia"/>
                <w:b/>
                <w:color w:val="4F81BD" w:themeColor="accent1"/>
                <w:lang w:eastAsia="ko-KR"/>
              </w:rPr>
              <w:t>선택</w:t>
            </w:r>
            <w:r w:rsidR="00606946" w:rsidRPr="00D8547D">
              <w:rPr>
                <w:rFonts w:ascii="맑은 고딕" w:eastAsia="맑은 고딕" w:hAnsi="맑은 고딕"/>
                <w:b/>
                <w:color w:val="4F81BD" w:themeColor="accent1"/>
                <w:lang w:eastAsia="ko-KR"/>
              </w:rPr>
              <w:t xml:space="preserve">] </w:t>
            </w:r>
            <w:r w:rsidRPr="00A803D2">
              <w:rPr>
                <w:rFonts w:ascii="맑은 고딕" w:eastAsia="맑은 고딕" w:hAnsi="맑은 고딕"/>
                <w:b/>
                <w:lang w:eastAsia="ko-KR"/>
              </w:rPr>
              <w:t xml:space="preserve">취급 실적 증빙 : </w:t>
            </w:r>
            <w:r w:rsidR="00606946" w:rsidRPr="00606946">
              <w:rPr>
                <w:rFonts w:ascii="맑은 고딕" w:eastAsia="맑은 고딕" w:hAnsi="맑은 고딕" w:hint="eastAsia"/>
                <w:lang w:eastAsia="ko-KR"/>
              </w:rPr>
              <w:t>한국산 딸기</w:t>
            </w:r>
            <w:r w:rsidRPr="00A803D2">
              <w:rPr>
                <w:rFonts w:ascii="맑은 고딕" w:eastAsia="맑은 고딕" w:hAnsi="맑은 고딕"/>
                <w:lang w:eastAsia="ko-KR"/>
              </w:rPr>
              <w:t xml:space="preserve"> 취급 실적 자료 (</w:t>
            </w:r>
            <w:r w:rsidR="00606946">
              <w:rPr>
                <w:rFonts w:ascii="맑은 고딕" w:eastAsia="맑은 고딕" w:hAnsi="맑은 고딕" w:hint="eastAsia"/>
                <w:lang w:eastAsia="ko-KR"/>
              </w:rPr>
              <w:t>실적 보유 경우에 한함</w:t>
            </w:r>
            <w:r w:rsidRPr="00A803D2">
              <w:rPr>
                <w:rFonts w:ascii="맑은 고딕" w:eastAsia="맑은 고딕" w:hAnsi="맑은 고딕"/>
                <w:lang w:eastAsia="ko-KR"/>
              </w:rPr>
              <w:t>)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2268"/>
        <w:gridCol w:w="2268"/>
      </w:tblGrid>
      <w:tr w:rsidR="00CB52B1" w:rsidRPr="00A803D2">
        <w:trPr>
          <w:jc w:val="center"/>
        </w:trPr>
        <w:tc>
          <w:tcPr>
            <w:tcW w:w="45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160" w:after="160"/>
              <w:jc w:val="center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333333"/>
                <w:lang w:eastAsia="ko-KR"/>
              </w:rPr>
              <w:t xml:space="preserve"> 내용은 사실과 다름이 없음을 확인하며,</w:t>
            </w:r>
            <w:r w:rsidRPr="00A803D2">
              <w:rPr>
                <w:rFonts w:ascii="맑은 고딕" w:eastAsia="맑은 고딕" w:hAnsi="맑은 고딕"/>
                <w:color w:val="333333"/>
                <w:lang w:eastAsia="ko-KR"/>
              </w:rPr>
              <w:br/>
              <w:t>본 사업의 약정 사항에 동의하여 신청합니다.</w:t>
            </w:r>
          </w:p>
        </w:tc>
        <w:tc>
          <w:tcPr>
            <w:tcW w:w="22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160" w:after="160"/>
              <w:jc w:val="center"/>
            </w:pPr>
            <w:proofErr w:type="spellStart"/>
            <w:r w:rsidRPr="00A803D2">
              <w:rPr>
                <w:rFonts w:ascii="맑은 고딕" w:eastAsia="맑은 고딕" w:hAnsi="맑은 고딕"/>
              </w:rPr>
              <w:t>서명</w:t>
            </w:r>
            <w:proofErr w:type="spellEnd"/>
            <w:r w:rsidRPr="00A803D2">
              <w:rPr>
                <w:rFonts w:ascii="맑은 고딕" w:eastAsia="맑은 고딕" w:hAnsi="맑은 고딕"/>
              </w:rPr>
              <w:t xml:space="preserve"> / </w:t>
            </w:r>
            <w:proofErr w:type="spellStart"/>
            <w:r w:rsidRPr="00A803D2">
              <w:rPr>
                <w:rFonts w:ascii="맑은 고딕" w:eastAsia="맑은 고딕" w:hAnsi="맑은 고딕"/>
              </w:rPr>
              <w:t>날인</w:t>
            </w:r>
            <w:proofErr w:type="spellEnd"/>
            <w:r w:rsidRPr="00A803D2">
              <w:rPr>
                <w:rFonts w:ascii="맑은 고딕" w:eastAsia="맑은 고딕" w:hAnsi="맑은 고딕"/>
              </w:rPr>
              <w:br/>
            </w:r>
            <w:r w:rsidRPr="00A803D2">
              <w:rPr>
                <w:rFonts w:ascii="맑은 고딕" w:eastAsia="맑은 고딕" w:hAnsi="맑은 고딕"/>
              </w:rPr>
              <w:br/>
            </w:r>
            <w:r w:rsidRPr="00A803D2">
              <w:rPr>
                <w:rFonts w:ascii="맑은 고딕" w:eastAsia="맑은 고딕" w:hAnsi="맑은 고딕"/>
              </w:rPr>
              <w:br/>
            </w:r>
          </w:p>
        </w:tc>
        <w:tc>
          <w:tcPr>
            <w:tcW w:w="22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160" w:after="160"/>
              <w:jc w:val="center"/>
            </w:pPr>
            <w:r w:rsidRPr="00A803D2">
              <w:rPr>
                <w:rFonts w:ascii="맑은 고딕" w:eastAsia="맑은 고딕" w:hAnsi="맑은 고딕"/>
              </w:rPr>
              <w:t>제출일</w:t>
            </w:r>
            <w:r w:rsidRPr="00A803D2">
              <w:rPr>
                <w:rFonts w:ascii="맑은 고딕" w:eastAsia="맑은 고딕" w:hAnsi="맑은 고딕"/>
              </w:rPr>
              <w:br/>
            </w:r>
            <w:r w:rsidRPr="00A803D2">
              <w:rPr>
                <w:rFonts w:ascii="맑은 고딕" w:eastAsia="맑은 고딕" w:hAnsi="맑은 고딕"/>
              </w:rPr>
              <w:br/>
              <w:t xml:space="preserve">2026.   </w:t>
            </w:r>
            <w:proofErr w:type="gramStart"/>
            <w:r w:rsidRPr="00A803D2">
              <w:rPr>
                <w:rFonts w:ascii="맑은 고딕" w:eastAsia="맑은 고딕" w:hAnsi="맑은 고딕"/>
              </w:rPr>
              <w:t xml:space="preserve">  .</w:t>
            </w:r>
            <w:proofErr w:type="gramEnd"/>
            <w:r w:rsidRPr="00A803D2">
              <w:rPr>
                <w:rFonts w:ascii="맑은 고딕" w:eastAsia="맑은 고딕" w:hAnsi="맑은 고딕"/>
              </w:rPr>
              <w:t xml:space="preserve">     .</w:t>
            </w:r>
          </w:p>
        </w:tc>
      </w:tr>
    </w:tbl>
    <w:p w:rsidR="008E3AF1" w:rsidRDefault="00FD3F4F" w:rsidP="008E3AF1">
      <w:pPr>
        <w:spacing w:before="40" w:after="40"/>
        <w:ind w:left="220" w:hangingChars="100" w:hanging="220"/>
        <w:jc w:val="center"/>
        <w:rPr>
          <w:rFonts w:ascii="맑은 고딕" w:eastAsia="맑은 고딕" w:hAnsi="맑은 고딕"/>
          <w:color w:val="808080"/>
          <w:lang w:eastAsia="ko-KR"/>
        </w:rPr>
      </w:pPr>
      <w:r w:rsidRPr="00A803D2">
        <w:rPr>
          <w:rFonts w:ascii="맑은 고딕" w:eastAsia="맑은 고딕" w:hAnsi="맑은 고딕"/>
          <w:color w:val="808080"/>
          <w:lang w:eastAsia="ko-KR"/>
        </w:rPr>
        <w:t xml:space="preserve">※ 본 신청서에 기재된 개인정보는 바이어 선정 목적으로만 활용되며, </w:t>
      </w:r>
    </w:p>
    <w:p w:rsidR="00CB52B1" w:rsidRPr="00A803D2" w:rsidRDefault="00FD3F4F" w:rsidP="008E3AF1">
      <w:pPr>
        <w:spacing w:before="40" w:after="40"/>
        <w:ind w:left="220" w:hangingChars="100" w:hanging="220"/>
        <w:jc w:val="center"/>
        <w:rPr>
          <w:lang w:eastAsia="ko-KR"/>
        </w:rPr>
      </w:pPr>
      <w:r w:rsidRPr="00A803D2">
        <w:rPr>
          <w:rFonts w:ascii="맑은 고딕" w:eastAsia="맑은 고딕" w:hAnsi="맑은 고딕"/>
          <w:color w:val="808080"/>
          <w:lang w:eastAsia="ko-KR"/>
        </w:rPr>
        <w:t>선정 완료 후</w:t>
      </w:r>
      <w:r w:rsidR="008E3AF1">
        <w:rPr>
          <w:rFonts w:ascii="맑은 고딕" w:eastAsia="맑은 고딕" w:hAnsi="맑은 고딕"/>
          <w:color w:val="808080"/>
          <w:lang w:eastAsia="ko-KR"/>
        </w:rPr>
        <w:t xml:space="preserve"> </w:t>
      </w:r>
      <w:r w:rsidRPr="00A803D2">
        <w:rPr>
          <w:rFonts w:ascii="맑은 고딕" w:eastAsia="맑은 고딕" w:hAnsi="맑은 고딕"/>
          <w:color w:val="808080"/>
          <w:lang w:eastAsia="ko-KR"/>
        </w:rPr>
        <w:t>안전하게 관리됩니다.</w:t>
      </w:r>
    </w:p>
    <w:sectPr w:rsidR="00CB52B1" w:rsidRPr="00A803D2" w:rsidSect="00034616">
      <w:pgSz w:w="11906" w:h="16838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E77" w:rsidRDefault="00430E77" w:rsidP="00956BA7">
      <w:pPr>
        <w:spacing w:after="0" w:line="240" w:lineRule="auto"/>
      </w:pPr>
      <w:r>
        <w:separator/>
      </w:r>
    </w:p>
  </w:endnote>
  <w:endnote w:type="continuationSeparator" w:id="0">
    <w:p w:rsidR="00430E77" w:rsidRDefault="00430E77" w:rsidP="0095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E77" w:rsidRDefault="00430E77" w:rsidP="00956BA7">
      <w:pPr>
        <w:spacing w:after="0" w:line="240" w:lineRule="auto"/>
      </w:pPr>
      <w:r>
        <w:separator/>
      </w:r>
    </w:p>
  </w:footnote>
  <w:footnote w:type="continuationSeparator" w:id="0">
    <w:p w:rsidR="00430E77" w:rsidRDefault="00430E77" w:rsidP="00956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5F4"/>
    <w:rsid w:val="000A1604"/>
    <w:rsid w:val="00145C4F"/>
    <w:rsid w:val="0015074B"/>
    <w:rsid w:val="0029639D"/>
    <w:rsid w:val="00326F90"/>
    <w:rsid w:val="00430E77"/>
    <w:rsid w:val="004A6011"/>
    <w:rsid w:val="00556962"/>
    <w:rsid w:val="00604CC1"/>
    <w:rsid w:val="00606946"/>
    <w:rsid w:val="00767888"/>
    <w:rsid w:val="008E3AF1"/>
    <w:rsid w:val="0091553F"/>
    <w:rsid w:val="00956BA7"/>
    <w:rsid w:val="00A803D2"/>
    <w:rsid w:val="00AA1D8D"/>
    <w:rsid w:val="00B47730"/>
    <w:rsid w:val="00C6467F"/>
    <w:rsid w:val="00C73B26"/>
    <w:rsid w:val="00CB0664"/>
    <w:rsid w:val="00CB52B1"/>
    <w:rsid w:val="00D015BD"/>
    <w:rsid w:val="00D2302A"/>
    <w:rsid w:val="00D8547D"/>
    <w:rsid w:val="00E22130"/>
    <w:rsid w:val="00F40692"/>
    <w:rsid w:val="00F84CE6"/>
    <w:rsid w:val="00FC693F"/>
    <w:rsid w:val="00FD3F4F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A5B113"/>
  <w14:defaultImageDpi w14:val="300"/>
  <w15:docId w15:val="{95119B33-B9F5-4035-86BD-B6466F85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649927-DAD0-4BB5-9A7A-AC07BA23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2026-06-17T01:31:00Z</dcterms:created>
  <dcterms:modified xsi:type="dcterms:W3CDTF">2026-06-17T01:31:00Z</dcterms:modified>
  <cp:category/>
</cp:coreProperties>
</file>